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1D7E0" w14:textId="41A2E892" w:rsidR="002D22C4" w:rsidRPr="002D22C4" w:rsidRDefault="002D22C4" w:rsidP="002D22C4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val="it-IT" w:eastAsia="hi-IN" w:bidi="hi-IN"/>
        </w:rPr>
      </w:pPr>
      <w:r w:rsidRPr="002D22C4">
        <w:rPr>
          <w:rFonts w:ascii="Times New Roman" w:eastAsia="SimSun" w:hAnsi="Times New Roman" w:cs="Mangal"/>
          <w:noProof/>
          <w:kern w:val="1"/>
          <w:sz w:val="24"/>
          <w:szCs w:val="24"/>
          <w:lang w:val="it-IT" w:eastAsia="hi-IN" w:bidi="hi-IN"/>
        </w:rPr>
        <w:drawing>
          <wp:anchor distT="0" distB="0" distL="0" distR="0" simplePos="0" relativeHeight="251659264" behindDoc="0" locked="0" layoutInCell="1" allowOverlap="1" wp14:anchorId="66DC72FF" wp14:editId="2C687E6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821690" cy="1040765"/>
            <wp:effectExtent l="0" t="0" r="0" b="6985"/>
            <wp:wrapSquare wrapText="bothSides"/>
            <wp:docPr id="77363625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690" cy="10407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537A99" w14:textId="5A6D4E8A" w:rsidR="002D22C4" w:rsidRPr="002D22C4" w:rsidRDefault="002D22C4" w:rsidP="002D22C4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val="it-IT" w:eastAsia="hi-IN" w:bidi="hi-IN"/>
        </w:rPr>
      </w:pPr>
    </w:p>
    <w:p w14:paraId="2C9331B3" w14:textId="77777777" w:rsidR="002D22C4" w:rsidRPr="002D22C4" w:rsidRDefault="002D22C4" w:rsidP="002D22C4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val="it-IT" w:eastAsia="hi-IN" w:bidi="hi-IN"/>
        </w:rPr>
      </w:pPr>
    </w:p>
    <w:p w14:paraId="25E66C02" w14:textId="77777777" w:rsidR="002D22C4" w:rsidRPr="002D22C4" w:rsidRDefault="002D22C4" w:rsidP="002D22C4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val="it-IT" w:eastAsia="hi-IN" w:bidi="hi-IN"/>
        </w:rPr>
      </w:pPr>
    </w:p>
    <w:p w14:paraId="13CA4340" w14:textId="77777777" w:rsidR="002D22C4" w:rsidRPr="002D22C4" w:rsidRDefault="002D22C4" w:rsidP="002D22C4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val="it-IT" w:eastAsia="hi-IN" w:bidi="hi-IN"/>
        </w:rPr>
      </w:pPr>
    </w:p>
    <w:p w14:paraId="51829C68" w14:textId="77777777" w:rsidR="002D22C4" w:rsidRPr="002D22C4" w:rsidRDefault="002D22C4" w:rsidP="002D22C4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val="it-IT" w:eastAsia="hi-IN" w:bidi="hi-IN"/>
        </w:rPr>
      </w:pPr>
    </w:p>
    <w:p w14:paraId="1AB7176D" w14:textId="77777777" w:rsidR="002D22C4" w:rsidRPr="002D22C4" w:rsidRDefault="002D22C4" w:rsidP="002D22C4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val="it-IT" w:eastAsia="hi-IN" w:bidi="hi-IN"/>
        </w:rPr>
      </w:pPr>
    </w:p>
    <w:p w14:paraId="3F64ECF1" w14:textId="000EF4B3" w:rsidR="004B6603" w:rsidRPr="009E62C6" w:rsidRDefault="00E76169">
      <w:pPr>
        <w:jc w:val="center"/>
      </w:pPr>
      <w:r w:rsidRPr="009E62C6">
        <w:rPr>
          <w:b/>
          <w:sz w:val="28"/>
        </w:rPr>
        <w:t>COMUNE DI CARBONIA</w:t>
      </w:r>
    </w:p>
    <w:p w14:paraId="1DE2B02C" w14:textId="77777777" w:rsidR="004B6603" w:rsidRPr="002D22C4" w:rsidRDefault="00E76169">
      <w:pPr>
        <w:jc w:val="center"/>
        <w:rPr>
          <w:sz w:val="16"/>
          <w:szCs w:val="16"/>
        </w:rPr>
      </w:pPr>
      <w:r w:rsidRPr="002D22C4">
        <w:rPr>
          <w:sz w:val="18"/>
          <w:szCs w:val="16"/>
        </w:rPr>
        <w:t>Provincia del Sud Sardegna</w:t>
      </w:r>
    </w:p>
    <w:p w14:paraId="1C8D3A90" w14:textId="77777777" w:rsidR="004B6603" w:rsidRPr="002D22C4" w:rsidRDefault="00E76169">
      <w:pPr>
        <w:jc w:val="center"/>
        <w:rPr>
          <w:sz w:val="14"/>
          <w:szCs w:val="14"/>
        </w:rPr>
      </w:pPr>
      <w:r w:rsidRPr="002D22C4">
        <w:rPr>
          <w:sz w:val="16"/>
          <w:szCs w:val="14"/>
        </w:rPr>
        <w:t>Ufficio Tributi</w:t>
      </w:r>
    </w:p>
    <w:p w14:paraId="710C7117" w14:textId="77777777" w:rsidR="004B6603" w:rsidRPr="002D22C4" w:rsidRDefault="00E76169">
      <w:pPr>
        <w:jc w:val="center"/>
        <w:rPr>
          <w:sz w:val="14"/>
          <w:szCs w:val="14"/>
        </w:rPr>
      </w:pPr>
      <w:r w:rsidRPr="002D22C4">
        <w:rPr>
          <w:sz w:val="14"/>
          <w:szCs w:val="14"/>
        </w:rPr>
        <w:t>Piazza Roma, 1 – 09013 Carbonia</w:t>
      </w:r>
    </w:p>
    <w:p w14:paraId="055B63D7" w14:textId="77777777" w:rsidR="004B6603" w:rsidRPr="002D22C4" w:rsidRDefault="00E76169">
      <w:pPr>
        <w:jc w:val="center"/>
      </w:pPr>
      <w:r w:rsidRPr="002D22C4">
        <w:t xml:space="preserve">PEC: </w:t>
      </w:r>
      <w:proofErr w:type="gramStart"/>
      <w:r w:rsidRPr="002D22C4">
        <w:t>comcarbonia@pec.comcarbonia.org  Tel.</w:t>
      </w:r>
      <w:proofErr w:type="gramEnd"/>
      <w:r w:rsidRPr="002D22C4">
        <w:t xml:space="preserve"> 0781694275-276-255</w:t>
      </w:r>
    </w:p>
    <w:p w14:paraId="2CC71B7A" w14:textId="3FC63D6A" w:rsidR="004B6603" w:rsidRPr="002D22C4" w:rsidRDefault="00E76169" w:rsidP="002D22C4">
      <w:r w:rsidRPr="002D22C4">
        <w:br/>
      </w:r>
      <w:r w:rsidRPr="002D22C4">
        <w:rPr>
          <w:b/>
        </w:rPr>
        <w:t>MODULO DI RICHIESTA DI SOSPENSIONE PER 6 MESI DEI TERMINI DI</w:t>
      </w:r>
    </w:p>
    <w:p w14:paraId="6D75F042" w14:textId="77777777" w:rsidR="004B6603" w:rsidRPr="002D22C4" w:rsidRDefault="00E76169">
      <w:pPr>
        <w:jc w:val="center"/>
      </w:pPr>
      <w:r w:rsidRPr="002D22C4">
        <w:rPr>
          <w:b/>
        </w:rPr>
        <w:t>PAGAMENTO DEGLI AVVISI DI PAGAMENTO ED ACCERTAMENTO TARI</w:t>
      </w:r>
    </w:p>
    <w:p w14:paraId="608F051E" w14:textId="77777777" w:rsidR="004B6603" w:rsidRPr="002D22C4" w:rsidRDefault="00E76169" w:rsidP="00A20705">
      <w:pPr>
        <w:jc w:val="center"/>
      </w:pPr>
      <w:r w:rsidRPr="002D22C4">
        <w:t>(art. 1 della Deliberazione ARERA 9 febbraio 2026, n. 20/2026/R/com)</w:t>
      </w:r>
    </w:p>
    <w:p w14:paraId="69C43486" w14:textId="77777777" w:rsidR="004B6603" w:rsidRPr="002D22C4" w:rsidRDefault="00E76169" w:rsidP="00A20705">
      <w:pPr>
        <w:jc w:val="center"/>
      </w:pPr>
      <w:r w:rsidRPr="002D22C4">
        <w:t>(Dichiarazione sostitutiva di atto di notorietà ai sensi dell’art. 47 del D.P.R. 445/2000)</w:t>
      </w:r>
    </w:p>
    <w:p w14:paraId="271FF6B6" w14:textId="77777777" w:rsidR="00A20705" w:rsidRPr="002D22C4" w:rsidRDefault="00A20705" w:rsidP="00A20705">
      <w:pPr>
        <w:numPr>
          <w:ilvl w:val="0"/>
          <w:numId w:val="10"/>
        </w:numPr>
        <w:rPr>
          <w:b/>
          <w:bCs/>
          <w:lang w:val="it-IT"/>
        </w:rPr>
      </w:pPr>
      <w:r w:rsidRPr="002D22C4">
        <w:rPr>
          <w:b/>
          <w:bCs/>
          <w:lang w:val="it-IT"/>
        </w:rPr>
        <w:t xml:space="preserve">Dati del contribuente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6"/>
        <w:gridCol w:w="5544"/>
      </w:tblGrid>
      <w:tr w:rsidR="00A20705" w:rsidRPr="002D22C4" w14:paraId="6EDE9222" w14:textId="77777777" w:rsidTr="000B4DEB">
        <w:trPr>
          <w:trHeight w:val="435"/>
        </w:trPr>
        <w:tc>
          <w:tcPr>
            <w:tcW w:w="3256" w:type="dxa"/>
          </w:tcPr>
          <w:p w14:paraId="10486B87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  <w:r w:rsidRPr="002D22C4">
              <w:rPr>
                <w:lang w:val="it-IT"/>
              </w:rPr>
              <w:t>Nome e Cognome</w:t>
            </w:r>
          </w:p>
        </w:tc>
        <w:tc>
          <w:tcPr>
            <w:tcW w:w="6372" w:type="dxa"/>
          </w:tcPr>
          <w:p w14:paraId="4551D17D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</w:tr>
      <w:tr w:rsidR="00A20705" w:rsidRPr="002D22C4" w14:paraId="6C3FF1A7" w14:textId="77777777" w:rsidTr="000B4DEB">
        <w:trPr>
          <w:trHeight w:val="414"/>
        </w:trPr>
        <w:tc>
          <w:tcPr>
            <w:tcW w:w="3256" w:type="dxa"/>
          </w:tcPr>
          <w:p w14:paraId="6B990781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  <w:r w:rsidRPr="002D22C4">
              <w:rPr>
                <w:lang w:val="it-IT"/>
              </w:rPr>
              <w:t>Data di nascita</w:t>
            </w:r>
          </w:p>
        </w:tc>
        <w:tc>
          <w:tcPr>
            <w:tcW w:w="6372" w:type="dxa"/>
          </w:tcPr>
          <w:p w14:paraId="68C1C218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</w:tr>
      <w:tr w:rsidR="00A20705" w:rsidRPr="002D22C4" w14:paraId="72649FFF" w14:textId="77777777" w:rsidTr="000B4DEB">
        <w:trPr>
          <w:trHeight w:val="406"/>
        </w:trPr>
        <w:tc>
          <w:tcPr>
            <w:tcW w:w="3256" w:type="dxa"/>
          </w:tcPr>
          <w:p w14:paraId="6C2672D3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  <w:r w:rsidRPr="002D22C4">
              <w:rPr>
                <w:lang w:val="it-IT"/>
              </w:rPr>
              <w:t>Codice Fiscale</w:t>
            </w:r>
          </w:p>
        </w:tc>
        <w:tc>
          <w:tcPr>
            <w:tcW w:w="6372" w:type="dxa"/>
          </w:tcPr>
          <w:p w14:paraId="1A0FFCDE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</w:tr>
      <w:tr w:rsidR="00A20705" w:rsidRPr="002D22C4" w14:paraId="4AA71B65" w14:textId="77777777" w:rsidTr="000B4DEB">
        <w:trPr>
          <w:trHeight w:val="412"/>
        </w:trPr>
        <w:tc>
          <w:tcPr>
            <w:tcW w:w="3256" w:type="dxa"/>
          </w:tcPr>
          <w:p w14:paraId="195AE131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  <w:r w:rsidRPr="002D22C4">
              <w:rPr>
                <w:lang w:val="it-IT"/>
              </w:rPr>
              <w:t>Residenza (Via, Città, Provincia)</w:t>
            </w:r>
          </w:p>
        </w:tc>
        <w:tc>
          <w:tcPr>
            <w:tcW w:w="6372" w:type="dxa"/>
          </w:tcPr>
          <w:p w14:paraId="4E7DC97A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</w:tr>
      <w:tr w:rsidR="00A20705" w:rsidRPr="002D22C4" w14:paraId="0F06D792" w14:textId="77777777" w:rsidTr="000B4DEB">
        <w:trPr>
          <w:trHeight w:val="417"/>
        </w:trPr>
        <w:tc>
          <w:tcPr>
            <w:tcW w:w="3256" w:type="dxa"/>
          </w:tcPr>
          <w:p w14:paraId="07D2D5E0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  <w:r w:rsidRPr="002D22C4">
              <w:rPr>
                <w:lang w:val="it-IT"/>
              </w:rPr>
              <w:t>Telefono/Cellulare</w:t>
            </w:r>
          </w:p>
        </w:tc>
        <w:tc>
          <w:tcPr>
            <w:tcW w:w="6372" w:type="dxa"/>
          </w:tcPr>
          <w:p w14:paraId="3E63A03B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</w:tr>
      <w:tr w:rsidR="00A20705" w:rsidRPr="002D22C4" w14:paraId="4E8A5300" w14:textId="77777777" w:rsidTr="000B4DEB">
        <w:trPr>
          <w:trHeight w:val="423"/>
        </w:trPr>
        <w:tc>
          <w:tcPr>
            <w:tcW w:w="3256" w:type="dxa"/>
          </w:tcPr>
          <w:p w14:paraId="1488B13E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  <w:r w:rsidRPr="002D22C4">
              <w:rPr>
                <w:lang w:val="it-IT"/>
              </w:rPr>
              <w:t>E-mail/PEC</w:t>
            </w:r>
          </w:p>
        </w:tc>
        <w:tc>
          <w:tcPr>
            <w:tcW w:w="6372" w:type="dxa"/>
          </w:tcPr>
          <w:p w14:paraId="5B0449A6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</w:tr>
    </w:tbl>
    <w:p w14:paraId="2B9EFDD8" w14:textId="77777777" w:rsidR="00A20705" w:rsidRPr="002D22C4" w:rsidRDefault="00A20705" w:rsidP="00A20705">
      <w:pPr>
        <w:numPr>
          <w:ilvl w:val="0"/>
          <w:numId w:val="10"/>
        </w:numPr>
        <w:rPr>
          <w:b/>
          <w:bCs/>
          <w:lang w:val="it-IT"/>
        </w:rPr>
      </w:pPr>
      <w:r w:rsidRPr="002D22C4">
        <w:rPr>
          <w:b/>
          <w:bCs/>
          <w:lang w:val="it-IT"/>
        </w:rPr>
        <w:t>Dati del dichiarante (compilare solo se diverso dal contribuente)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6"/>
        <w:gridCol w:w="5544"/>
      </w:tblGrid>
      <w:tr w:rsidR="00A20705" w:rsidRPr="002D22C4" w14:paraId="2A38AFB1" w14:textId="77777777" w:rsidTr="000B4DEB">
        <w:trPr>
          <w:trHeight w:val="536"/>
        </w:trPr>
        <w:tc>
          <w:tcPr>
            <w:tcW w:w="3256" w:type="dxa"/>
          </w:tcPr>
          <w:p w14:paraId="0D7D0EF4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  <w:r w:rsidRPr="002D22C4">
              <w:rPr>
                <w:lang w:val="it-IT"/>
              </w:rPr>
              <w:t>Nome e Cognome</w:t>
            </w:r>
          </w:p>
        </w:tc>
        <w:tc>
          <w:tcPr>
            <w:tcW w:w="6372" w:type="dxa"/>
          </w:tcPr>
          <w:p w14:paraId="11B3650F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</w:tr>
      <w:tr w:rsidR="00A20705" w:rsidRPr="002D22C4" w14:paraId="277DC711" w14:textId="77777777" w:rsidTr="000B4DEB">
        <w:trPr>
          <w:trHeight w:val="427"/>
        </w:trPr>
        <w:tc>
          <w:tcPr>
            <w:tcW w:w="3256" w:type="dxa"/>
          </w:tcPr>
          <w:p w14:paraId="5BB8D877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  <w:r w:rsidRPr="002D22C4">
              <w:rPr>
                <w:lang w:val="it-IT"/>
              </w:rPr>
              <w:t>Data di nascita</w:t>
            </w:r>
          </w:p>
        </w:tc>
        <w:tc>
          <w:tcPr>
            <w:tcW w:w="6372" w:type="dxa"/>
          </w:tcPr>
          <w:p w14:paraId="5D552BCA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</w:tr>
      <w:tr w:rsidR="00A20705" w:rsidRPr="002D22C4" w14:paraId="526672A4" w14:textId="77777777" w:rsidTr="000B4DEB">
        <w:trPr>
          <w:trHeight w:val="406"/>
        </w:trPr>
        <w:tc>
          <w:tcPr>
            <w:tcW w:w="3256" w:type="dxa"/>
          </w:tcPr>
          <w:p w14:paraId="1F4A931F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  <w:r w:rsidRPr="002D22C4">
              <w:rPr>
                <w:lang w:val="it-IT"/>
              </w:rPr>
              <w:t>Codice Fiscale</w:t>
            </w:r>
          </w:p>
        </w:tc>
        <w:tc>
          <w:tcPr>
            <w:tcW w:w="6372" w:type="dxa"/>
          </w:tcPr>
          <w:p w14:paraId="0AFACBBB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</w:tr>
      <w:tr w:rsidR="00A20705" w:rsidRPr="002D22C4" w14:paraId="2CD67E0A" w14:textId="77777777" w:rsidTr="000B4DEB">
        <w:trPr>
          <w:trHeight w:val="414"/>
        </w:trPr>
        <w:tc>
          <w:tcPr>
            <w:tcW w:w="3256" w:type="dxa"/>
          </w:tcPr>
          <w:p w14:paraId="3F48CFC6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  <w:r w:rsidRPr="002D22C4">
              <w:rPr>
                <w:lang w:val="it-IT"/>
              </w:rPr>
              <w:lastRenderedPageBreak/>
              <w:t>Residenza (Via, Città, Provincia)</w:t>
            </w:r>
          </w:p>
        </w:tc>
        <w:tc>
          <w:tcPr>
            <w:tcW w:w="6372" w:type="dxa"/>
          </w:tcPr>
          <w:p w14:paraId="6757C2BB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</w:tr>
      <w:tr w:rsidR="00A20705" w:rsidRPr="002D22C4" w14:paraId="2EF94E9C" w14:textId="77777777" w:rsidTr="000B4DEB">
        <w:trPr>
          <w:trHeight w:val="420"/>
        </w:trPr>
        <w:tc>
          <w:tcPr>
            <w:tcW w:w="3256" w:type="dxa"/>
          </w:tcPr>
          <w:p w14:paraId="3BAE1402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  <w:r w:rsidRPr="002D22C4">
              <w:rPr>
                <w:lang w:val="it-IT"/>
              </w:rPr>
              <w:t>Telefono/Cellulare</w:t>
            </w:r>
          </w:p>
        </w:tc>
        <w:tc>
          <w:tcPr>
            <w:tcW w:w="6372" w:type="dxa"/>
          </w:tcPr>
          <w:p w14:paraId="20426A6B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</w:tr>
      <w:tr w:rsidR="00A20705" w:rsidRPr="002D22C4" w14:paraId="54CBF756" w14:textId="77777777" w:rsidTr="000B4DEB">
        <w:trPr>
          <w:trHeight w:val="554"/>
        </w:trPr>
        <w:tc>
          <w:tcPr>
            <w:tcW w:w="3256" w:type="dxa"/>
          </w:tcPr>
          <w:p w14:paraId="2D4971F1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  <w:r w:rsidRPr="002D22C4">
              <w:rPr>
                <w:lang w:val="it-IT"/>
              </w:rPr>
              <w:t>E-mail/PEC</w:t>
            </w:r>
          </w:p>
        </w:tc>
        <w:tc>
          <w:tcPr>
            <w:tcW w:w="6372" w:type="dxa"/>
          </w:tcPr>
          <w:p w14:paraId="75A4F806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</w:tr>
      <w:tr w:rsidR="00A20705" w:rsidRPr="002D22C4" w14:paraId="57ECBA58" w14:textId="77777777" w:rsidTr="000B4DEB">
        <w:trPr>
          <w:trHeight w:val="554"/>
        </w:trPr>
        <w:tc>
          <w:tcPr>
            <w:tcW w:w="3256" w:type="dxa"/>
          </w:tcPr>
          <w:p w14:paraId="2FDC9382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  <w:r w:rsidRPr="002D22C4">
              <w:rPr>
                <w:lang w:val="it-IT"/>
              </w:rPr>
              <w:t>Qualità rivestita</w:t>
            </w:r>
          </w:p>
        </w:tc>
        <w:tc>
          <w:tcPr>
            <w:tcW w:w="6372" w:type="dxa"/>
          </w:tcPr>
          <w:p w14:paraId="3C139FF8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</w:tr>
    </w:tbl>
    <w:p w14:paraId="2FB5A639" w14:textId="77777777" w:rsidR="00A20705" w:rsidRPr="002D22C4" w:rsidRDefault="00A20705" w:rsidP="00A20705">
      <w:pPr>
        <w:numPr>
          <w:ilvl w:val="0"/>
          <w:numId w:val="10"/>
        </w:numPr>
        <w:rPr>
          <w:b/>
          <w:bCs/>
          <w:lang w:val="it-IT"/>
        </w:rPr>
      </w:pPr>
      <w:r w:rsidRPr="002D22C4">
        <w:rPr>
          <w:b/>
          <w:bCs/>
          <w:lang w:val="it-IT"/>
        </w:rPr>
        <w:t>Dati immobili per cui si richiede il beneficio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25"/>
        <w:gridCol w:w="1461"/>
        <w:gridCol w:w="1394"/>
        <w:gridCol w:w="1381"/>
        <w:gridCol w:w="1468"/>
        <w:gridCol w:w="1501"/>
      </w:tblGrid>
      <w:tr w:rsidR="00A20705" w:rsidRPr="002D22C4" w14:paraId="1EEDBAB3" w14:textId="77777777" w:rsidTr="000B4DEB">
        <w:tc>
          <w:tcPr>
            <w:tcW w:w="1604" w:type="dxa"/>
          </w:tcPr>
          <w:p w14:paraId="66B6B3E5" w14:textId="77777777" w:rsidR="00A20705" w:rsidRPr="002D22C4" w:rsidRDefault="00A20705" w:rsidP="00A20705">
            <w:pPr>
              <w:spacing w:after="200" w:line="276" w:lineRule="auto"/>
              <w:rPr>
                <w:sz w:val="18"/>
                <w:szCs w:val="18"/>
                <w:lang w:val="it-IT"/>
              </w:rPr>
            </w:pPr>
            <w:r w:rsidRPr="002D22C4">
              <w:rPr>
                <w:sz w:val="18"/>
                <w:szCs w:val="18"/>
                <w:lang w:val="it-IT"/>
              </w:rPr>
              <w:t>Foglio</w:t>
            </w:r>
          </w:p>
        </w:tc>
        <w:tc>
          <w:tcPr>
            <w:tcW w:w="1604" w:type="dxa"/>
          </w:tcPr>
          <w:p w14:paraId="0A203435" w14:textId="77777777" w:rsidR="00A20705" w:rsidRPr="002D22C4" w:rsidRDefault="00A20705" w:rsidP="00A20705">
            <w:pPr>
              <w:spacing w:after="200" w:line="276" w:lineRule="auto"/>
              <w:rPr>
                <w:sz w:val="18"/>
                <w:szCs w:val="18"/>
                <w:lang w:val="it-IT"/>
              </w:rPr>
            </w:pPr>
            <w:r w:rsidRPr="002D22C4">
              <w:rPr>
                <w:sz w:val="18"/>
                <w:szCs w:val="18"/>
                <w:lang w:val="it-IT"/>
              </w:rPr>
              <w:t>Mappale</w:t>
            </w:r>
          </w:p>
        </w:tc>
        <w:tc>
          <w:tcPr>
            <w:tcW w:w="1605" w:type="dxa"/>
          </w:tcPr>
          <w:p w14:paraId="107F8AD5" w14:textId="77777777" w:rsidR="00A20705" w:rsidRPr="002D22C4" w:rsidRDefault="00A20705" w:rsidP="00A20705">
            <w:pPr>
              <w:spacing w:after="200" w:line="276" w:lineRule="auto"/>
              <w:rPr>
                <w:sz w:val="18"/>
                <w:szCs w:val="18"/>
                <w:lang w:val="it-IT"/>
              </w:rPr>
            </w:pPr>
            <w:r w:rsidRPr="002D22C4">
              <w:rPr>
                <w:sz w:val="18"/>
                <w:szCs w:val="18"/>
                <w:lang w:val="it-IT"/>
              </w:rPr>
              <w:t>SUB</w:t>
            </w:r>
          </w:p>
        </w:tc>
        <w:tc>
          <w:tcPr>
            <w:tcW w:w="1605" w:type="dxa"/>
          </w:tcPr>
          <w:p w14:paraId="07FDBBFD" w14:textId="77777777" w:rsidR="00A20705" w:rsidRPr="002D22C4" w:rsidRDefault="00A20705" w:rsidP="00A20705">
            <w:pPr>
              <w:spacing w:after="200" w:line="276" w:lineRule="auto"/>
              <w:rPr>
                <w:sz w:val="18"/>
                <w:szCs w:val="18"/>
                <w:lang w:val="it-IT"/>
              </w:rPr>
            </w:pPr>
            <w:r w:rsidRPr="002D22C4">
              <w:rPr>
                <w:sz w:val="18"/>
                <w:szCs w:val="18"/>
                <w:lang w:val="it-IT"/>
              </w:rPr>
              <w:t>Mq</w:t>
            </w:r>
          </w:p>
        </w:tc>
        <w:tc>
          <w:tcPr>
            <w:tcW w:w="1605" w:type="dxa"/>
          </w:tcPr>
          <w:p w14:paraId="2C218BA3" w14:textId="77777777" w:rsidR="00A20705" w:rsidRPr="002D22C4" w:rsidRDefault="00A20705" w:rsidP="00A20705">
            <w:pPr>
              <w:spacing w:after="200" w:line="276" w:lineRule="auto"/>
              <w:rPr>
                <w:sz w:val="18"/>
                <w:szCs w:val="18"/>
                <w:lang w:val="it-IT"/>
              </w:rPr>
            </w:pPr>
            <w:r w:rsidRPr="002D22C4">
              <w:rPr>
                <w:sz w:val="18"/>
                <w:szCs w:val="18"/>
                <w:lang w:val="it-IT"/>
              </w:rPr>
              <w:t xml:space="preserve">Indirizzo </w:t>
            </w:r>
          </w:p>
        </w:tc>
        <w:tc>
          <w:tcPr>
            <w:tcW w:w="1605" w:type="dxa"/>
          </w:tcPr>
          <w:p w14:paraId="1DF6C4EF" w14:textId="77777777" w:rsidR="00A20705" w:rsidRPr="002D22C4" w:rsidRDefault="00A20705" w:rsidP="00A20705">
            <w:pPr>
              <w:spacing w:after="200" w:line="276" w:lineRule="auto"/>
              <w:rPr>
                <w:sz w:val="18"/>
                <w:szCs w:val="18"/>
                <w:lang w:val="it-IT"/>
              </w:rPr>
            </w:pPr>
            <w:r w:rsidRPr="002D22C4">
              <w:rPr>
                <w:sz w:val="18"/>
                <w:szCs w:val="18"/>
                <w:lang w:val="it-IT"/>
              </w:rPr>
              <w:t>Tipologia Utenza (indicare domestica o non domestica)</w:t>
            </w:r>
          </w:p>
        </w:tc>
      </w:tr>
      <w:tr w:rsidR="00A20705" w:rsidRPr="002D22C4" w14:paraId="1CC5AC57" w14:textId="77777777" w:rsidTr="000B4DEB">
        <w:tc>
          <w:tcPr>
            <w:tcW w:w="1604" w:type="dxa"/>
          </w:tcPr>
          <w:p w14:paraId="21202F82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  <w:tc>
          <w:tcPr>
            <w:tcW w:w="1604" w:type="dxa"/>
          </w:tcPr>
          <w:p w14:paraId="6ACB56D4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  <w:tc>
          <w:tcPr>
            <w:tcW w:w="1605" w:type="dxa"/>
          </w:tcPr>
          <w:p w14:paraId="15CF0398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  <w:tc>
          <w:tcPr>
            <w:tcW w:w="1605" w:type="dxa"/>
          </w:tcPr>
          <w:p w14:paraId="41C9AC5F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  <w:tc>
          <w:tcPr>
            <w:tcW w:w="1605" w:type="dxa"/>
          </w:tcPr>
          <w:p w14:paraId="70E67D4B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  <w:tc>
          <w:tcPr>
            <w:tcW w:w="1605" w:type="dxa"/>
          </w:tcPr>
          <w:p w14:paraId="55619CB5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</w:tr>
      <w:tr w:rsidR="00A20705" w:rsidRPr="002D22C4" w14:paraId="3BC375F4" w14:textId="77777777" w:rsidTr="000B4DEB">
        <w:tc>
          <w:tcPr>
            <w:tcW w:w="1604" w:type="dxa"/>
          </w:tcPr>
          <w:p w14:paraId="66713E40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  <w:tc>
          <w:tcPr>
            <w:tcW w:w="1604" w:type="dxa"/>
          </w:tcPr>
          <w:p w14:paraId="216E0361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  <w:tc>
          <w:tcPr>
            <w:tcW w:w="1605" w:type="dxa"/>
          </w:tcPr>
          <w:p w14:paraId="148469D2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  <w:tc>
          <w:tcPr>
            <w:tcW w:w="1605" w:type="dxa"/>
          </w:tcPr>
          <w:p w14:paraId="36DC5F01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  <w:tc>
          <w:tcPr>
            <w:tcW w:w="1605" w:type="dxa"/>
          </w:tcPr>
          <w:p w14:paraId="3F35684E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  <w:tc>
          <w:tcPr>
            <w:tcW w:w="1605" w:type="dxa"/>
          </w:tcPr>
          <w:p w14:paraId="7EEF41FD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</w:tr>
      <w:tr w:rsidR="00A20705" w:rsidRPr="002D22C4" w14:paraId="1C5006B5" w14:textId="77777777" w:rsidTr="000B4DEB">
        <w:tc>
          <w:tcPr>
            <w:tcW w:w="1604" w:type="dxa"/>
          </w:tcPr>
          <w:p w14:paraId="5490F2F9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  <w:tc>
          <w:tcPr>
            <w:tcW w:w="1604" w:type="dxa"/>
          </w:tcPr>
          <w:p w14:paraId="57C6126C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  <w:tc>
          <w:tcPr>
            <w:tcW w:w="1605" w:type="dxa"/>
          </w:tcPr>
          <w:p w14:paraId="64BD9C83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  <w:tc>
          <w:tcPr>
            <w:tcW w:w="1605" w:type="dxa"/>
          </w:tcPr>
          <w:p w14:paraId="592A4147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  <w:tc>
          <w:tcPr>
            <w:tcW w:w="1605" w:type="dxa"/>
          </w:tcPr>
          <w:p w14:paraId="45172C04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  <w:tc>
          <w:tcPr>
            <w:tcW w:w="1605" w:type="dxa"/>
          </w:tcPr>
          <w:p w14:paraId="25006C86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</w:tr>
      <w:tr w:rsidR="00A20705" w:rsidRPr="002D22C4" w14:paraId="51DDD426" w14:textId="77777777" w:rsidTr="000B4DEB">
        <w:tc>
          <w:tcPr>
            <w:tcW w:w="1604" w:type="dxa"/>
          </w:tcPr>
          <w:p w14:paraId="451DFFCE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  <w:tc>
          <w:tcPr>
            <w:tcW w:w="1604" w:type="dxa"/>
          </w:tcPr>
          <w:p w14:paraId="2AEB6890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  <w:tc>
          <w:tcPr>
            <w:tcW w:w="1605" w:type="dxa"/>
          </w:tcPr>
          <w:p w14:paraId="24173747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  <w:tc>
          <w:tcPr>
            <w:tcW w:w="1605" w:type="dxa"/>
          </w:tcPr>
          <w:p w14:paraId="29B065E7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  <w:tc>
          <w:tcPr>
            <w:tcW w:w="1605" w:type="dxa"/>
          </w:tcPr>
          <w:p w14:paraId="6F4210DA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  <w:tc>
          <w:tcPr>
            <w:tcW w:w="1605" w:type="dxa"/>
          </w:tcPr>
          <w:p w14:paraId="548D7567" w14:textId="77777777" w:rsidR="00A20705" w:rsidRPr="002D22C4" w:rsidRDefault="00A20705" w:rsidP="00A20705">
            <w:pPr>
              <w:spacing w:after="200" w:line="276" w:lineRule="auto"/>
              <w:rPr>
                <w:lang w:val="it-IT"/>
              </w:rPr>
            </w:pPr>
          </w:p>
        </w:tc>
      </w:tr>
    </w:tbl>
    <w:p w14:paraId="68D7AE42" w14:textId="77777777" w:rsidR="00A20705" w:rsidRPr="002D22C4" w:rsidRDefault="00A20705" w:rsidP="00A20705">
      <w:pPr>
        <w:jc w:val="center"/>
        <w:rPr>
          <w:rFonts w:asciiTheme="majorHAnsi" w:eastAsiaTheme="majorEastAsia" w:hAnsiTheme="majorHAnsi" w:cstheme="majorBidi"/>
          <w:b/>
          <w:bCs/>
        </w:rPr>
      </w:pPr>
      <w:r w:rsidRPr="002D22C4">
        <w:rPr>
          <w:rFonts w:asciiTheme="majorHAnsi" w:eastAsiaTheme="majorEastAsia" w:hAnsiTheme="majorHAnsi" w:cstheme="majorBidi"/>
          <w:b/>
          <w:bCs/>
        </w:rPr>
        <w:t>DICHIARA</w:t>
      </w:r>
    </w:p>
    <w:p w14:paraId="36F6094A" w14:textId="77777777" w:rsidR="00A20705" w:rsidRPr="002D22C4" w:rsidRDefault="00A20705" w:rsidP="002D22C4">
      <w:pPr>
        <w:jc w:val="both"/>
        <w:rPr>
          <w:rFonts w:asciiTheme="majorHAnsi" w:eastAsiaTheme="majorEastAsia" w:hAnsiTheme="majorHAnsi" w:cstheme="majorBidi"/>
          <w:sz w:val="18"/>
          <w:szCs w:val="18"/>
        </w:rPr>
      </w:pP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Consapevole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che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le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informazioni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riportate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nella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presente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dichiarazione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sono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accertabili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ai sensi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dell’art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. 43 del D.P.R. n. 445/2000,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ovvero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documentabili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su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richiesta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delle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amministrazioni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competenti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,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nonché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della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decadenza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dai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benefici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eventualmente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conseguiti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sulla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base di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dichiarazioni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non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veritiere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e delle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sanzioni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penali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previste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in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caso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di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dichiarazioni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mendaci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o di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uso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di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atti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falsi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 xml:space="preserve">, ai sensi degli </w:t>
      </w:r>
      <w:proofErr w:type="spellStart"/>
      <w:r w:rsidRPr="002D22C4">
        <w:rPr>
          <w:rFonts w:asciiTheme="majorHAnsi" w:eastAsiaTheme="majorEastAsia" w:hAnsiTheme="majorHAnsi" w:cstheme="majorBidi"/>
          <w:sz w:val="18"/>
          <w:szCs w:val="18"/>
        </w:rPr>
        <w:t>artt</w:t>
      </w:r>
      <w:proofErr w:type="spellEnd"/>
      <w:r w:rsidRPr="002D22C4">
        <w:rPr>
          <w:rFonts w:asciiTheme="majorHAnsi" w:eastAsiaTheme="majorEastAsia" w:hAnsiTheme="majorHAnsi" w:cstheme="majorBidi"/>
          <w:sz w:val="18"/>
          <w:szCs w:val="18"/>
        </w:rPr>
        <w:t>. 75 e 76 del D.P.R. n. 445/2000,</w:t>
      </w:r>
    </w:p>
    <w:p w14:paraId="01CE7D15" w14:textId="77777777" w:rsidR="00A20705" w:rsidRPr="002D22C4" w:rsidRDefault="00A20705" w:rsidP="00A20705">
      <w:pPr>
        <w:jc w:val="center"/>
        <w:rPr>
          <w:rFonts w:asciiTheme="majorHAnsi" w:eastAsiaTheme="majorEastAsia" w:hAnsiTheme="majorHAnsi" w:cstheme="majorBidi"/>
        </w:rPr>
      </w:pPr>
      <w:r w:rsidRPr="002D22C4">
        <w:rPr>
          <w:rFonts w:asciiTheme="majorHAnsi" w:eastAsiaTheme="majorEastAsia" w:hAnsiTheme="majorHAnsi" w:cstheme="majorBidi"/>
        </w:rPr>
        <w:t>DI ESSERE TITOLARE DI UN’UTENZA TARI RELATIVA AD UN’ABITAZIONE O SEDE PRODUTTIVA DISTRUTTA IN TUTTO O IN PARTE, OVVERO SGOMBERATA IN ESECUZIONE DI PROVVEDIMENTI DELLE COMPETENTI AUTORITÀ COMUNALI.</w:t>
      </w:r>
    </w:p>
    <w:p w14:paraId="692CCCA8" w14:textId="1FD7C55C" w:rsidR="004B6603" w:rsidRPr="002D22C4" w:rsidRDefault="00E76169" w:rsidP="002D22C4">
      <w:pPr>
        <w:jc w:val="both"/>
      </w:pPr>
      <w:proofErr w:type="spellStart"/>
      <w:r w:rsidRPr="002D22C4">
        <w:t>Eventuale</w:t>
      </w:r>
      <w:proofErr w:type="spellEnd"/>
      <w:r w:rsidRPr="002D22C4">
        <w:t xml:space="preserve"> </w:t>
      </w:r>
      <w:proofErr w:type="spellStart"/>
      <w:r w:rsidRPr="002D22C4">
        <w:t>riferimento</w:t>
      </w:r>
      <w:proofErr w:type="spellEnd"/>
      <w:r w:rsidRPr="002D22C4">
        <w:t xml:space="preserve"> al </w:t>
      </w:r>
      <w:proofErr w:type="spellStart"/>
      <w:r w:rsidRPr="002D22C4">
        <w:t>provvedimento</w:t>
      </w:r>
      <w:proofErr w:type="spellEnd"/>
      <w:r w:rsidRPr="002D22C4">
        <w:t xml:space="preserve"> di sgombero (</w:t>
      </w:r>
      <w:proofErr w:type="spellStart"/>
      <w:r w:rsidRPr="002D22C4">
        <w:t>numero</w:t>
      </w:r>
      <w:proofErr w:type="spellEnd"/>
      <w:r w:rsidRPr="002D22C4">
        <w:t xml:space="preserve"> e data): _________________________________</w:t>
      </w:r>
    </w:p>
    <w:p w14:paraId="76B44316" w14:textId="77777777" w:rsidR="004B6603" w:rsidRPr="009E62C6" w:rsidRDefault="00E76169">
      <w:pPr>
        <w:pStyle w:val="Titolo2"/>
        <w:rPr>
          <w:color w:val="auto"/>
        </w:rPr>
      </w:pPr>
      <w:r w:rsidRPr="009E62C6">
        <w:rPr>
          <w:color w:val="auto"/>
        </w:rPr>
        <w:t>ALLEGARE:</w:t>
      </w:r>
    </w:p>
    <w:p w14:paraId="7C7E9F12" w14:textId="77777777" w:rsidR="004B6603" w:rsidRPr="009E62C6" w:rsidRDefault="00E76169">
      <w:r w:rsidRPr="009E62C6">
        <w:t>□ Documento di riconoscimento (se non firmato digitalmente o trasmesso via PEC personale)</w:t>
      </w:r>
    </w:p>
    <w:p w14:paraId="20A96DF3" w14:textId="77777777" w:rsidR="004B6603" w:rsidRPr="009E62C6" w:rsidRDefault="00E76169">
      <w:r w:rsidRPr="009E62C6">
        <w:t>□ Documentazione a supporto della condizione sopra dichiarata</w:t>
      </w:r>
    </w:p>
    <w:p w14:paraId="4FA22918" w14:textId="77777777" w:rsidR="002D22C4" w:rsidRDefault="00E76169" w:rsidP="002D22C4">
      <w:pPr>
        <w:spacing w:after="0"/>
      </w:pPr>
      <w:r w:rsidRPr="009E62C6">
        <w:br/>
        <w:t>Data: _________________________________</w:t>
      </w:r>
    </w:p>
    <w:p w14:paraId="58F9204B" w14:textId="5CEEC902" w:rsidR="004B6603" w:rsidRDefault="00E76169" w:rsidP="002D22C4">
      <w:pPr>
        <w:spacing w:after="0"/>
        <w:jc w:val="right"/>
      </w:pPr>
      <w:proofErr w:type="spellStart"/>
      <w:r w:rsidRPr="009E62C6">
        <w:t>Firma</w:t>
      </w:r>
      <w:proofErr w:type="spellEnd"/>
      <w:r w:rsidRPr="009E62C6">
        <w:t>: _________________________________</w:t>
      </w:r>
    </w:p>
    <w:p w14:paraId="6858CD1D" w14:textId="77777777" w:rsidR="00A20705" w:rsidRDefault="00A20705" w:rsidP="002D22C4">
      <w:pPr>
        <w:spacing w:after="0"/>
      </w:pPr>
    </w:p>
    <w:p w14:paraId="31C1B2A5" w14:textId="77777777" w:rsidR="00A20705" w:rsidRPr="002D22C4" w:rsidRDefault="00A20705">
      <w:pPr>
        <w:rPr>
          <w:sz w:val="14"/>
          <w:szCs w:val="14"/>
        </w:rPr>
      </w:pPr>
    </w:p>
    <w:p w14:paraId="6EEF2700" w14:textId="77777777" w:rsidR="00A20705" w:rsidRPr="002D22C4" w:rsidRDefault="00A20705" w:rsidP="002D22C4">
      <w:pPr>
        <w:jc w:val="center"/>
        <w:rPr>
          <w:sz w:val="14"/>
          <w:szCs w:val="14"/>
        </w:rPr>
      </w:pPr>
      <w:proofErr w:type="spellStart"/>
      <w:r w:rsidRPr="002D22C4">
        <w:rPr>
          <w:sz w:val="14"/>
          <w:szCs w:val="14"/>
        </w:rPr>
        <w:lastRenderedPageBreak/>
        <w:t>Informativa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sul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trattamento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dei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dati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personali</w:t>
      </w:r>
      <w:proofErr w:type="spellEnd"/>
    </w:p>
    <w:p w14:paraId="1CE2F84C" w14:textId="77777777" w:rsidR="00A20705" w:rsidRPr="002D22C4" w:rsidRDefault="00A20705" w:rsidP="002D22C4">
      <w:pPr>
        <w:jc w:val="center"/>
        <w:rPr>
          <w:sz w:val="14"/>
          <w:szCs w:val="14"/>
        </w:rPr>
      </w:pPr>
      <w:r w:rsidRPr="002D22C4">
        <w:rPr>
          <w:sz w:val="14"/>
          <w:szCs w:val="14"/>
        </w:rPr>
        <w:t xml:space="preserve">(art. 13 </w:t>
      </w:r>
      <w:proofErr w:type="spellStart"/>
      <w:r w:rsidRPr="002D22C4">
        <w:rPr>
          <w:sz w:val="14"/>
          <w:szCs w:val="14"/>
        </w:rPr>
        <w:t>Regolamento</w:t>
      </w:r>
      <w:proofErr w:type="spellEnd"/>
      <w:r w:rsidRPr="002D22C4">
        <w:rPr>
          <w:sz w:val="14"/>
          <w:szCs w:val="14"/>
        </w:rPr>
        <w:t xml:space="preserve"> UE 2016/679)</w:t>
      </w:r>
    </w:p>
    <w:p w14:paraId="4A5C329B" w14:textId="77777777" w:rsidR="00A20705" w:rsidRPr="002D22C4" w:rsidRDefault="00A20705" w:rsidP="00A20705">
      <w:pPr>
        <w:jc w:val="both"/>
        <w:rPr>
          <w:sz w:val="14"/>
          <w:szCs w:val="14"/>
        </w:rPr>
      </w:pPr>
      <w:r w:rsidRPr="002D22C4">
        <w:rPr>
          <w:sz w:val="14"/>
          <w:szCs w:val="14"/>
        </w:rPr>
        <w:t xml:space="preserve">Il </w:t>
      </w:r>
      <w:proofErr w:type="spellStart"/>
      <w:r w:rsidRPr="002D22C4">
        <w:rPr>
          <w:sz w:val="14"/>
          <w:szCs w:val="14"/>
        </w:rPr>
        <w:t>Comune</w:t>
      </w:r>
      <w:proofErr w:type="spellEnd"/>
      <w:r w:rsidRPr="002D22C4">
        <w:rPr>
          <w:sz w:val="14"/>
          <w:szCs w:val="14"/>
        </w:rPr>
        <w:t xml:space="preserve"> di </w:t>
      </w:r>
      <w:proofErr w:type="spellStart"/>
      <w:r w:rsidRPr="002D22C4">
        <w:rPr>
          <w:sz w:val="14"/>
          <w:szCs w:val="14"/>
        </w:rPr>
        <w:t>Carbonia</w:t>
      </w:r>
      <w:proofErr w:type="spellEnd"/>
      <w:r w:rsidRPr="002D22C4">
        <w:rPr>
          <w:sz w:val="14"/>
          <w:szCs w:val="14"/>
        </w:rPr>
        <w:t xml:space="preserve">, ai sensi </w:t>
      </w:r>
      <w:proofErr w:type="spellStart"/>
      <w:r w:rsidRPr="002D22C4">
        <w:rPr>
          <w:sz w:val="14"/>
          <w:szCs w:val="14"/>
        </w:rPr>
        <w:t>dell’art</w:t>
      </w:r>
      <w:proofErr w:type="spellEnd"/>
      <w:r w:rsidRPr="002D22C4">
        <w:rPr>
          <w:sz w:val="14"/>
          <w:szCs w:val="14"/>
        </w:rPr>
        <w:t xml:space="preserve">. 13 del </w:t>
      </w:r>
      <w:proofErr w:type="spellStart"/>
      <w:r w:rsidRPr="002D22C4">
        <w:rPr>
          <w:sz w:val="14"/>
          <w:szCs w:val="14"/>
        </w:rPr>
        <w:t>Regolamento</w:t>
      </w:r>
      <w:proofErr w:type="spellEnd"/>
      <w:r w:rsidRPr="002D22C4">
        <w:rPr>
          <w:sz w:val="14"/>
          <w:szCs w:val="14"/>
        </w:rPr>
        <w:t xml:space="preserve"> (UE) 2016/679 del </w:t>
      </w:r>
      <w:proofErr w:type="spellStart"/>
      <w:r w:rsidRPr="002D22C4">
        <w:rPr>
          <w:sz w:val="14"/>
          <w:szCs w:val="14"/>
        </w:rPr>
        <w:t>Parlamento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europeo</w:t>
      </w:r>
      <w:proofErr w:type="spellEnd"/>
      <w:r w:rsidRPr="002D22C4">
        <w:rPr>
          <w:sz w:val="14"/>
          <w:szCs w:val="14"/>
        </w:rPr>
        <w:t xml:space="preserve"> e del Consiglio (</w:t>
      </w:r>
      <w:proofErr w:type="spellStart"/>
      <w:r w:rsidRPr="002D22C4">
        <w:rPr>
          <w:sz w:val="14"/>
          <w:szCs w:val="14"/>
        </w:rPr>
        <w:t>Regolamento</w:t>
      </w:r>
      <w:proofErr w:type="spellEnd"/>
      <w:r w:rsidRPr="002D22C4">
        <w:rPr>
          <w:sz w:val="14"/>
          <w:szCs w:val="14"/>
        </w:rPr>
        <w:t xml:space="preserve"> generale </w:t>
      </w:r>
      <w:proofErr w:type="spellStart"/>
      <w:r w:rsidRPr="002D22C4">
        <w:rPr>
          <w:sz w:val="14"/>
          <w:szCs w:val="14"/>
        </w:rPr>
        <w:t>sulla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protezione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dei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dati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personali</w:t>
      </w:r>
      <w:proofErr w:type="spellEnd"/>
      <w:r w:rsidRPr="002D22C4">
        <w:rPr>
          <w:sz w:val="14"/>
          <w:szCs w:val="14"/>
        </w:rPr>
        <w:t xml:space="preserve"> – GDPR), </w:t>
      </w:r>
      <w:proofErr w:type="spellStart"/>
      <w:r w:rsidRPr="002D22C4">
        <w:rPr>
          <w:sz w:val="14"/>
          <w:szCs w:val="14"/>
        </w:rPr>
        <w:t>fornisce</w:t>
      </w:r>
      <w:proofErr w:type="spellEnd"/>
      <w:r w:rsidRPr="002D22C4">
        <w:rPr>
          <w:sz w:val="14"/>
          <w:szCs w:val="14"/>
        </w:rPr>
        <w:t xml:space="preserve"> le </w:t>
      </w:r>
      <w:proofErr w:type="spellStart"/>
      <w:r w:rsidRPr="002D22C4">
        <w:rPr>
          <w:sz w:val="14"/>
          <w:szCs w:val="14"/>
        </w:rPr>
        <w:t>seguenti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informazioni</w:t>
      </w:r>
      <w:proofErr w:type="spellEnd"/>
      <w:r w:rsidRPr="002D22C4">
        <w:rPr>
          <w:sz w:val="14"/>
          <w:szCs w:val="14"/>
        </w:rPr>
        <w:t>:</w:t>
      </w:r>
    </w:p>
    <w:p w14:paraId="4E0E4A96" w14:textId="77777777" w:rsidR="00A20705" w:rsidRPr="002D22C4" w:rsidRDefault="00A20705" w:rsidP="00A20705">
      <w:pPr>
        <w:jc w:val="both"/>
        <w:rPr>
          <w:sz w:val="14"/>
          <w:szCs w:val="14"/>
        </w:rPr>
      </w:pPr>
      <w:r w:rsidRPr="002D22C4">
        <w:rPr>
          <w:sz w:val="14"/>
          <w:szCs w:val="14"/>
        </w:rPr>
        <w:t xml:space="preserve">a. Il </w:t>
      </w:r>
      <w:proofErr w:type="spellStart"/>
      <w:r w:rsidRPr="002D22C4">
        <w:rPr>
          <w:sz w:val="14"/>
          <w:szCs w:val="14"/>
        </w:rPr>
        <w:t>Titolare</w:t>
      </w:r>
      <w:proofErr w:type="spellEnd"/>
      <w:r w:rsidRPr="002D22C4">
        <w:rPr>
          <w:sz w:val="14"/>
          <w:szCs w:val="14"/>
        </w:rPr>
        <w:t xml:space="preserve"> del </w:t>
      </w:r>
      <w:proofErr w:type="spellStart"/>
      <w:r w:rsidRPr="002D22C4">
        <w:rPr>
          <w:sz w:val="14"/>
          <w:szCs w:val="14"/>
        </w:rPr>
        <w:t>trattamento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dei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dati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personali</w:t>
      </w:r>
      <w:proofErr w:type="spellEnd"/>
      <w:r w:rsidRPr="002D22C4">
        <w:rPr>
          <w:sz w:val="14"/>
          <w:szCs w:val="14"/>
        </w:rPr>
        <w:t xml:space="preserve"> è il </w:t>
      </w:r>
      <w:proofErr w:type="spellStart"/>
      <w:r w:rsidRPr="002D22C4">
        <w:rPr>
          <w:sz w:val="14"/>
          <w:szCs w:val="14"/>
        </w:rPr>
        <w:t>Comune</w:t>
      </w:r>
      <w:proofErr w:type="spellEnd"/>
      <w:r w:rsidRPr="002D22C4">
        <w:rPr>
          <w:sz w:val="14"/>
          <w:szCs w:val="14"/>
        </w:rPr>
        <w:t xml:space="preserve"> di </w:t>
      </w:r>
      <w:proofErr w:type="spellStart"/>
      <w:r w:rsidRPr="002D22C4">
        <w:rPr>
          <w:sz w:val="14"/>
          <w:szCs w:val="14"/>
        </w:rPr>
        <w:t>Carbonia</w:t>
      </w:r>
      <w:proofErr w:type="spellEnd"/>
      <w:r w:rsidRPr="002D22C4">
        <w:rPr>
          <w:sz w:val="14"/>
          <w:szCs w:val="14"/>
        </w:rPr>
        <w:t xml:space="preserve">, con </w:t>
      </w:r>
      <w:proofErr w:type="spellStart"/>
      <w:r w:rsidRPr="002D22C4">
        <w:rPr>
          <w:sz w:val="14"/>
          <w:szCs w:val="14"/>
        </w:rPr>
        <w:t>sede</w:t>
      </w:r>
      <w:proofErr w:type="spellEnd"/>
      <w:r w:rsidRPr="002D22C4">
        <w:rPr>
          <w:sz w:val="14"/>
          <w:szCs w:val="14"/>
        </w:rPr>
        <w:t xml:space="preserve"> in Piazza Roma n. 1 – 09013 </w:t>
      </w:r>
      <w:proofErr w:type="spellStart"/>
      <w:r w:rsidRPr="002D22C4">
        <w:rPr>
          <w:sz w:val="14"/>
          <w:szCs w:val="14"/>
        </w:rPr>
        <w:t>Carbonia</w:t>
      </w:r>
      <w:proofErr w:type="spellEnd"/>
      <w:r w:rsidRPr="002D22C4">
        <w:rPr>
          <w:sz w:val="14"/>
          <w:szCs w:val="14"/>
        </w:rPr>
        <w:t xml:space="preserve"> (PEC: comcarbonia@pec.comcarbonia.org).</w:t>
      </w:r>
    </w:p>
    <w:p w14:paraId="15503403" w14:textId="77777777" w:rsidR="00A20705" w:rsidRPr="002D22C4" w:rsidRDefault="00A20705" w:rsidP="00A20705">
      <w:pPr>
        <w:jc w:val="both"/>
        <w:rPr>
          <w:sz w:val="14"/>
          <w:szCs w:val="14"/>
        </w:rPr>
      </w:pPr>
      <w:r w:rsidRPr="002D22C4">
        <w:rPr>
          <w:sz w:val="14"/>
          <w:szCs w:val="14"/>
        </w:rPr>
        <w:t xml:space="preserve">b. Il </w:t>
      </w:r>
      <w:proofErr w:type="spellStart"/>
      <w:r w:rsidRPr="002D22C4">
        <w:rPr>
          <w:sz w:val="14"/>
          <w:szCs w:val="14"/>
        </w:rPr>
        <w:t>Comune</w:t>
      </w:r>
      <w:proofErr w:type="spellEnd"/>
      <w:r w:rsidRPr="002D22C4">
        <w:rPr>
          <w:sz w:val="14"/>
          <w:szCs w:val="14"/>
        </w:rPr>
        <w:t xml:space="preserve"> di </w:t>
      </w:r>
      <w:proofErr w:type="spellStart"/>
      <w:r w:rsidRPr="002D22C4">
        <w:rPr>
          <w:sz w:val="14"/>
          <w:szCs w:val="14"/>
        </w:rPr>
        <w:t>Carbonia</w:t>
      </w:r>
      <w:proofErr w:type="spellEnd"/>
      <w:r w:rsidRPr="002D22C4">
        <w:rPr>
          <w:sz w:val="14"/>
          <w:szCs w:val="14"/>
        </w:rPr>
        <w:t xml:space="preserve"> ha </w:t>
      </w:r>
      <w:proofErr w:type="spellStart"/>
      <w:r w:rsidRPr="002D22C4">
        <w:rPr>
          <w:sz w:val="14"/>
          <w:szCs w:val="14"/>
        </w:rPr>
        <w:t>designato</w:t>
      </w:r>
      <w:proofErr w:type="spellEnd"/>
      <w:r w:rsidRPr="002D22C4">
        <w:rPr>
          <w:sz w:val="14"/>
          <w:szCs w:val="14"/>
        </w:rPr>
        <w:t xml:space="preserve"> quale </w:t>
      </w:r>
      <w:proofErr w:type="spellStart"/>
      <w:r w:rsidRPr="002D22C4">
        <w:rPr>
          <w:sz w:val="14"/>
          <w:szCs w:val="14"/>
        </w:rPr>
        <w:t>Responsabile</w:t>
      </w:r>
      <w:proofErr w:type="spellEnd"/>
      <w:r w:rsidRPr="002D22C4">
        <w:rPr>
          <w:sz w:val="14"/>
          <w:szCs w:val="14"/>
        </w:rPr>
        <w:t xml:space="preserve"> della </w:t>
      </w:r>
      <w:proofErr w:type="spellStart"/>
      <w:r w:rsidRPr="002D22C4">
        <w:rPr>
          <w:sz w:val="14"/>
          <w:szCs w:val="14"/>
        </w:rPr>
        <w:t>Protezione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dei</w:t>
      </w:r>
      <w:proofErr w:type="spellEnd"/>
      <w:r w:rsidRPr="002D22C4">
        <w:rPr>
          <w:sz w:val="14"/>
          <w:szCs w:val="14"/>
        </w:rPr>
        <w:t xml:space="preserve"> Dati (RPD/DPO) la Società Nicola </w:t>
      </w:r>
      <w:proofErr w:type="spellStart"/>
      <w:r w:rsidRPr="002D22C4">
        <w:rPr>
          <w:sz w:val="14"/>
          <w:szCs w:val="14"/>
        </w:rPr>
        <w:t>Zuddas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S.r.l</w:t>
      </w:r>
      <w:proofErr w:type="spellEnd"/>
      <w:r w:rsidRPr="002D22C4">
        <w:rPr>
          <w:sz w:val="14"/>
          <w:szCs w:val="14"/>
        </w:rPr>
        <w:t xml:space="preserve">., come da </w:t>
      </w:r>
      <w:proofErr w:type="spellStart"/>
      <w:r w:rsidRPr="002D22C4">
        <w:rPr>
          <w:sz w:val="14"/>
          <w:szCs w:val="14"/>
        </w:rPr>
        <w:t>Decreto</w:t>
      </w:r>
      <w:proofErr w:type="spellEnd"/>
      <w:r w:rsidRPr="002D22C4">
        <w:rPr>
          <w:sz w:val="14"/>
          <w:szCs w:val="14"/>
        </w:rPr>
        <w:t xml:space="preserve"> del </w:t>
      </w:r>
      <w:proofErr w:type="spellStart"/>
      <w:r w:rsidRPr="002D22C4">
        <w:rPr>
          <w:sz w:val="14"/>
          <w:szCs w:val="14"/>
        </w:rPr>
        <w:t>Sindaco</w:t>
      </w:r>
      <w:proofErr w:type="spellEnd"/>
      <w:r w:rsidRPr="002D22C4">
        <w:rPr>
          <w:sz w:val="14"/>
          <w:szCs w:val="14"/>
        </w:rPr>
        <w:t xml:space="preserve"> n. 13 del 28/12/2022, in persona del </w:t>
      </w:r>
      <w:proofErr w:type="spellStart"/>
      <w:r w:rsidRPr="002D22C4">
        <w:rPr>
          <w:sz w:val="14"/>
          <w:szCs w:val="14"/>
        </w:rPr>
        <w:t>legale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rappresentante</w:t>
      </w:r>
      <w:proofErr w:type="spellEnd"/>
      <w:r w:rsidRPr="002D22C4">
        <w:rPr>
          <w:sz w:val="14"/>
          <w:szCs w:val="14"/>
        </w:rPr>
        <w:t xml:space="preserve"> pro tempore. </w:t>
      </w:r>
      <w:proofErr w:type="spellStart"/>
      <w:r w:rsidRPr="002D22C4">
        <w:rPr>
          <w:sz w:val="14"/>
          <w:szCs w:val="14"/>
        </w:rPr>
        <w:t>Referente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individuato</w:t>
      </w:r>
      <w:proofErr w:type="spellEnd"/>
      <w:r w:rsidRPr="002D22C4">
        <w:rPr>
          <w:sz w:val="14"/>
          <w:szCs w:val="14"/>
        </w:rPr>
        <w:t xml:space="preserve"> per </w:t>
      </w:r>
      <w:proofErr w:type="spellStart"/>
      <w:r w:rsidRPr="002D22C4">
        <w:rPr>
          <w:sz w:val="14"/>
          <w:szCs w:val="14"/>
        </w:rPr>
        <w:t>l’Ente</w:t>
      </w:r>
      <w:proofErr w:type="spellEnd"/>
      <w:r w:rsidRPr="002D22C4">
        <w:rPr>
          <w:sz w:val="14"/>
          <w:szCs w:val="14"/>
        </w:rPr>
        <w:t xml:space="preserve">: </w:t>
      </w:r>
      <w:proofErr w:type="spellStart"/>
      <w:r w:rsidRPr="002D22C4">
        <w:rPr>
          <w:sz w:val="14"/>
          <w:szCs w:val="14"/>
        </w:rPr>
        <w:t>Avv</w:t>
      </w:r>
      <w:proofErr w:type="spellEnd"/>
      <w:r w:rsidRPr="002D22C4">
        <w:rPr>
          <w:sz w:val="14"/>
          <w:szCs w:val="14"/>
        </w:rPr>
        <w:t>. Ivan Orrù (PEC: privacy@pec.comune.it).</w:t>
      </w:r>
    </w:p>
    <w:p w14:paraId="40E8108F" w14:textId="77777777" w:rsidR="00A20705" w:rsidRPr="002D22C4" w:rsidRDefault="00A20705" w:rsidP="00A20705">
      <w:pPr>
        <w:jc w:val="both"/>
        <w:rPr>
          <w:sz w:val="14"/>
          <w:szCs w:val="14"/>
        </w:rPr>
      </w:pPr>
      <w:r w:rsidRPr="002D22C4">
        <w:rPr>
          <w:sz w:val="14"/>
          <w:szCs w:val="14"/>
        </w:rPr>
        <w:t xml:space="preserve">c. </w:t>
      </w:r>
      <w:proofErr w:type="spellStart"/>
      <w:r w:rsidRPr="002D22C4">
        <w:rPr>
          <w:sz w:val="14"/>
          <w:szCs w:val="14"/>
        </w:rPr>
        <w:t>L’Ente</w:t>
      </w:r>
      <w:proofErr w:type="spellEnd"/>
      <w:r w:rsidRPr="002D22C4">
        <w:rPr>
          <w:sz w:val="14"/>
          <w:szCs w:val="14"/>
        </w:rPr>
        <w:t xml:space="preserve"> ha </w:t>
      </w:r>
      <w:proofErr w:type="spellStart"/>
      <w:r w:rsidRPr="002D22C4">
        <w:rPr>
          <w:sz w:val="14"/>
          <w:szCs w:val="14"/>
        </w:rPr>
        <w:t>designato</w:t>
      </w:r>
      <w:proofErr w:type="spellEnd"/>
      <w:r w:rsidRPr="002D22C4">
        <w:rPr>
          <w:sz w:val="14"/>
          <w:szCs w:val="14"/>
        </w:rPr>
        <w:t xml:space="preserve"> quale </w:t>
      </w:r>
      <w:proofErr w:type="spellStart"/>
      <w:r w:rsidRPr="002D22C4">
        <w:rPr>
          <w:sz w:val="14"/>
          <w:szCs w:val="14"/>
        </w:rPr>
        <w:t>soggetto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attuatore</w:t>
      </w:r>
      <w:proofErr w:type="spellEnd"/>
      <w:r w:rsidRPr="002D22C4">
        <w:rPr>
          <w:sz w:val="14"/>
          <w:szCs w:val="14"/>
        </w:rPr>
        <w:t xml:space="preserve"> degli </w:t>
      </w:r>
      <w:proofErr w:type="spellStart"/>
      <w:r w:rsidRPr="002D22C4">
        <w:rPr>
          <w:sz w:val="14"/>
          <w:szCs w:val="14"/>
        </w:rPr>
        <w:t>adempimenti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necessari</w:t>
      </w:r>
      <w:proofErr w:type="spellEnd"/>
      <w:r w:rsidRPr="002D22C4">
        <w:rPr>
          <w:sz w:val="14"/>
          <w:szCs w:val="14"/>
        </w:rPr>
        <w:t xml:space="preserve"> per la </w:t>
      </w:r>
      <w:proofErr w:type="spellStart"/>
      <w:r w:rsidRPr="002D22C4">
        <w:rPr>
          <w:sz w:val="14"/>
          <w:szCs w:val="14"/>
        </w:rPr>
        <w:t>conformità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dei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trattamenti</w:t>
      </w:r>
      <w:proofErr w:type="spellEnd"/>
      <w:r w:rsidRPr="002D22C4">
        <w:rPr>
          <w:sz w:val="14"/>
          <w:szCs w:val="14"/>
        </w:rPr>
        <w:t xml:space="preserve"> di </w:t>
      </w:r>
      <w:proofErr w:type="spellStart"/>
      <w:r w:rsidRPr="002D22C4">
        <w:rPr>
          <w:sz w:val="14"/>
          <w:szCs w:val="14"/>
        </w:rPr>
        <w:t>dati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personali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attinenti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all’esecuzione</w:t>
      </w:r>
      <w:proofErr w:type="spellEnd"/>
      <w:r w:rsidRPr="002D22C4">
        <w:rPr>
          <w:sz w:val="14"/>
          <w:szCs w:val="14"/>
        </w:rPr>
        <w:t xml:space="preserve"> del </w:t>
      </w:r>
      <w:proofErr w:type="spellStart"/>
      <w:r w:rsidRPr="002D22C4">
        <w:rPr>
          <w:sz w:val="14"/>
          <w:szCs w:val="14"/>
        </w:rPr>
        <w:t>presente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procedimento</w:t>
      </w:r>
      <w:proofErr w:type="spellEnd"/>
      <w:r w:rsidRPr="002D22C4">
        <w:rPr>
          <w:sz w:val="14"/>
          <w:szCs w:val="14"/>
        </w:rPr>
        <w:t xml:space="preserve"> il </w:t>
      </w:r>
      <w:proofErr w:type="spellStart"/>
      <w:r w:rsidRPr="002D22C4">
        <w:rPr>
          <w:sz w:val="14"/>
          <w:szCs w:val="14"/>
        </w:rPr>
        <w:t>Responsabile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dell’Ufficio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Tributi</w:t>
      </w:r>
      <w:proofErr w:type="spellEnd"/>
      <w:r w:rsidRPr="002D22C4">
        <w:rPr>
          <w:sz w:val="14"/>
          <w:szCs w:val="14"/>
        </w:rPr>
        <w:t>, Dott. Gianluca Massa (e-mail: lmassa@comune.carbonia.su.it).</w:t>
      </w:r>
    </w:p>
    <w:p w14:paraId="21D02401" w14:textId="77777777" w:rsidR="00A20705" w:rsidRPr="002D22C4" w:rsidRDefault="00A20705" w:rsidP="00A20705">
      <w:pPr>
        <w:jc w:val="both"/>
        <w:rPr>
          <w:sz w:val="14"/>
          <w:szCs w:val="14"/>
        </w:rPr>
      </w:pPr>
      <w:r w:rsidRPr="002D22C4">
        <w:rPr>
          <w:sz w:val="14"/>
          <w:szCs w:val="14"/>
        </w:rPr>
        <w:t xml:space="preserve">d. Il </w:t>
      </w:r>
      <w:proofErr w:type="spellStart"/>
      <w:r w:rsidRPr="002D22C4">
        <w:rPr>
          <w:sz w:val="14"/>
          <w:szCs w:val="14"/>
        </w:rPr>
        <w:t>trattamento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dei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Suoi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dati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personali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viene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effettuato</w:t>
      </w:r>
      <w:proofErr w:type="spellEnd"/>
      <w:r w:rsidRPr="002D22C4">
        <w:rPr>
          <w:sz w:val="14"/>
          <w:szCs w:val="14"/>
        </w:rPr>
        <w:t xml:space="preserve"> dal </w:t>
      </w:r>
      <w:proofErr w:type="spellStart"/>
      <w:r w:rsidRPr="002D22C4">
        <w:rPr>
          <w:sz w:val="14"/>
          <w:szCs w:val="14"/>
        </w:rPr>
        <w:t>Comune</w:t>
      </w:r>
      <w:proofErr w:type="spellEnd"/>
      <w:r w:rsidRPr="002D22C4">
        <w:rPr>
          <w:sz w:val="14"/>
          <w:szCs w:val="14"/>
        </w:rPr>
        <w:t xml:space="preserve"> di </w:t>
      </w:r>
      <w:proofErr w:type="spellStart"/>
      <w:r w:rsidRPr="002D22C4">
        <w:rPr>
          <w:sz w:val="14"/>
          <w:szCs w:val="14"/>
        </w:rPr>
        <w:t>Carbonia</w:t>
      </w:r>
      <w:proofErr w:type="spellEnd"/>
      <w:r w:rsidRPr="002D22C4">
        <w:rPr>
          <w:sz w:val="14"/>
          <w:szCs w:val="14"/>
        </w:rPr>
        <w:t xml:space="preserve"> per lo </w:t>
      </w:r>
      <w:proofErr w:type="spellStart"/>
      <w:r w:rsidRPr="002D22C4">
        <w:rPr>
          <w:sz w:val="14"/>
          <w:szCs w:val="14"/>
        </w:rPr>
        <w:t>svolgimento</w:t>
      </w:r>
      <w:proofErr w:type="spellEnd"/>
      <w:r w:rsidRPr="002D22C4">
        <w:rPr>
          <w:sz w:val="14"/>
          <w:szCs w:val="14"/>
        </w:rPr>
        <w:t xml:space="preserve"> di </w:t>
      </w:r>
      <w:proofErr w:type="spellStart"/>
      <w:r w:rsidRPr="002D22C4">
        <w:rPr>
          <w:sz w:val="14"/>
          <w:szCs w:val="14"/>
        </w:rPr>
        <w:t>funzioni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istituzionali</w:t>
      </w:r>
      <w:proofErr w:type="spellEnd"/>
      <w:r w:rsidRPr="002D22C4">
        <w:rPr>
          <w:sz w:val="14"/>
          <w:szCs w:val="14"/>
        </w:rPr>
        <w:t xml:space="preserve">. I </w:t>
      </w:r>
      <w:proofErr w:type="spellStart"/>
      <w:r w:rsidRPr="002D22C4">
        <w:rPr>
          <w:sz w:val="14"/>
          <w:szCs w:val="14"/>
        </w:rPr>
        <w:t>dati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personali</w:t>
      </w:r>
      <w:proofErr w:type="spellEnd"/>
      <w:r w:rsidRPr="002D22C4">
        <w:rPr>
          <w:sz w:val="14"/>
          <w:szCs w:val="14"/>
        </w:rPr>
        <w:t xml:space="preserve">, </w:t>
      </w:r>
      <w:proofErr w:type="spellStart"/>
      <w:r w:rsidRPr="002D22C4">
        <w:rPr>
          <w:sz w:val="14"/>
          <w:szCs w:val="14"/>
        </w:rPr>
        <w:t>ivi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compresi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eventuali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dati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particolari</w:t>
      </w:r>
      <w:proofErr w:type="spellEnd"/>
      <w:r w:rsidRPr="002D22C4">
        <w:rPr>
          <w:sz w:val="14"/>
          <w:szCs w:val="14"/>
        </w:rPr>
        <w:t xml:space="preserve"> o </w:t>
      </w:r>
      <w:proofErr w:type="spellStart"/>
      <w:r w:rsidRPr="002D22C4">
        <w:rPr>
          <w:sz w:val="14"/>
          <w:szCs w:val="14"/>
        </w:rPr>
        <w:t>giudiziari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conferiti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dall’interessato</w:t>
      </w:r>
      <w:proofErr w:type="spellEnd"/>
      <w:r w:rsidRPr="002D22C4">
        <w:rPr>
          <w:sz w:val="14"/>
          <w:szCs w:val="14"/>
        </w:rPr>
        <w:t xml:space="preserve"> (</w:t>
      </w:r>
      <w:proofErr w:type="spellStart"/>
      <w:r w:rsidRPr="002D22C4">
        <w:rPr>
          <w:sz w:val="14"/>
          <w:szCs w:val="14"/>
        </w:rPr>
        <w:t>dati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già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acquisiti</w:t>
      </w:r>
      <w:proofErr w:type="spellEnd"/>
      <w:r w:rsidRPr="002D22C4">
        <w:rPr>
          <w:sz w:val="14"/>
          <w:szCs w:val="14"/>
        </w:rPr>
        <w:t xml:space="preserve"> dal </w:t>
      </w:r>
      <w:proofErr w:type="spellStart"/>
      <w:r w:rsidRPr="002D22C4">
        <w:rPr>
          <w:sz w:val="14"/>
          <w:szCs w:val="14"/>
        </w:rPr>
        <w:t>Titolare</w:t>
      </w:r>
      <w:proofErr w:type="spellEnd"/>
      <w:r w:rsidRPr="002D22C4">
        <w:rPr>
          <w:sz w:val="14"/>
          <w:szCs w:val="14"/>
        </w:rPr>
        <w:t xml:space="preserve"> o </w:t>
      </w:r>
      <w:proofErr w:type="spellStart"/>
      <w:r w:rsidRPr="002D22C4">
        <w:rPr>
          <w:sz w:val="14"/>
          <w:szCs w:val="14"/>
        </w:rPr>
        <w:t>successivamente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acquisiti</w:t>
      </w:r>
      <w:proofErr w:type="spellEnd"/>
      <w:r w:rsidRPr="002D22C4">
        <w:rPr>
          <w:sz w:val="14"/>
          <w:szCs w:val="14"/>
        </w:rPr>
        <w:t xml:space="preserve"> e/o </w:t>
      </w:r>
      <w:proofErr w:type="spellStart"/>
      <w:r w:rsidRPr="002D22C4">
        <w:rPr>
          <w:sz w:val="14"/>
          <w:szCs w:val="14"/>
        </w:rPr>
        <w:t>comunicati</w:t>
      </w:r>
      <w:proofErr w:type="spellEnd"/>
      <w:r w:rsidRPr="002D22C4">
        <w:rPr>
          <w:sz w:val="14"/>
          <w:szCs w:val="14"/>
        </w:rPr>
        <w:t xml:space="preserve"> da </w:t>
      </w:r>
      <w:proofErr w:type="spellStart"/>
      <w:r w:rsidRPr="002D22C4">
        <w:rPr>
          <w:sz w:val="14"/>
          <w:szCs w:val="14"/>
        </w:rPr>
        <w:t>terzi</w:t>
      </w:r>
      <w:proofErr w:type="spellEnd"/>
      <w:r w:rsidRPr="002D22C4">
        <w:rPr>
          <w:sz w:val="14"/>
          <w:szCs w:val="14"/>
        </w:rPr>
        <w:t xml:space="preserve">), </w:t>
      </w:r>
      <w:proofErr w:type="spellStart"/>
      <w:r w:rsidRPr="002D22C4">
        <w:rPr>
          <w:sz w:val="14"/>
          <w:szCs w:val="14"/>
        </w:rPr>
        <w:t>sono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necessari</w:t>
      </w:r>
      <w:proofErr w:type="spellEnd"/>
      <w:r w:rsidRPr="002D22C4">
        <w:rPr>
          <w:sz w:val="14"/>
          <w:szCs w:val="14"/>
        </w:rPr>
        <w:t xml:space="preserve"> e </w:t>
      </w:r>
      <w:proofErr w:type="spellStart"/>
      <w:r w:rsidRPr="002D22C4">
        <w:rPr>
          <w:sz w:val="14"/>
          <w:szCs w:val="14"/>
        </w:rPr>
        <w:t>saranno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trattati</w:t>
      </w:r>
      <w:proofErr w:type="spellEnd"/>
      <w:r w:rsidRPr="002D22C4">
        <w:rPr>
          <w:sz w:val="14"/>
          <w:szCs w:val="14"/>
        </w:rPr>
        <w:t xml:space="preserve"> con </w:t>
      </w:r>
      <w:proofErr w:type="spellStart"/>
      <w:r w:rsidRPr="002D22C4">
        <w:rPr>
          <w:sz w:val="14"/>
          <w:szCs w:val="14"/>
        </w:rPr>
        <w:t>modalità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prevalentemente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informatiche</w:t>
      </w:r>
      <w:proofErr w:type="spellEnd"/>
      <w:r w:rsidRPr="002D22C4">
        <w:rPr>
          <w:sz w:val="14"/>
          <w:szCs w:val="14"/>
        </w:rPr>
        <w:t xml:space="preserve"> e </w:t>
      </w:r>
      <w:proofErr w:type="spellStart"/>
      <w:r w:rsidRPr="002D22C4">
        <w:rPr>
          <w:sz w:val="14"/>
          <w:szCs w:val="14"/>
        </w:rPr>
        <w:t>telematiche</w:t>
      </w:r>
      <w:proofErr w:type="spellEnd"/>
      <w:r w:rsidRPr="002D22C4">
        <w:rPr>
          <w:sz w:val="14"/>
          <w:szCs w:val="14"/>
        </w:rPr>
        <w:t xml:space="preserve"> per il </w:t>
      </w:r>
      <w:proofErr w:type="spellStart"/>
      <w:r w:rsidRPr="002D22C4">
        <w:rPr>
          <w:sz w:val="14"/>
          <w:szCs w:val="14"/>
        </w:rPr>
        <w:t>perseguimento</w:t>
      </w:r>
      <w:proofErr w:type="spellEnd"/>
      <w:r w:rsidRPr="002D22C4">
        <w:rPr>
          <w:sz w:val="14"/>
          <w:szCs w:val="14"/>
        </w:rPr>
        <w:t xml:space="preserve"> di un interesse </w:t>
      </w:r>
      <w:proofErr w:type="spellStart"/>
      <w:r w:rsidRPr="002D22C4">
        <w:rPr>
          <w:sz w:val="14"/>
          <w:szCs w:val="14"/>
        </w:rPr>
        <w:t>pubblico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connesso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all’esercizio</w:t>
      </w:r>
      <w:proofErr w:type="spellEnd"/>
      <w:r w:rsidRPr="002D22C4">
        <w:rPr>
          <w:sz w:val="14"/>
          <w:szCs w:val="14"/>
        </w:rPr>
        <w:t xml:space="preserve"> di </w:t>
      </w:r>
      <w:proofErr w:type="spellStart"/>
      <w:r w:rsidRPr="002D22C4">
        <w:rPr>
          <w:sz w:val="14"/>
          <w:szCs w:val="14"/>
        </w:rPr>
        <w:t>pubblici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poteri</w:t>
      </w:r>
      <w:proofErr w:type="spellEnd"/>
      <w:r w:rsidRPr="002D22C4">
        <w:rPr>
          <w:sz w:val="14"/>
          <w:szCs w:val="14"/>
        </w:rPr>
        <w:t xml:space="preserve"> o per </w:t>
      </w:r>
      <w:proofErr w:type="spellStart"/>
      <w:r w:rsidRPr="002D22C4">
        <w:rPr>
          <w:sz w:val="14"/>
          <w:szCs w:val="14"/>
        </w:rPr>
        <w:t>l’adempimento</w:t>
      </w:r>
      <w:proofErr w:type="spellEnd"/>
      <w:r w:rsidRPr="002D22C4">
        <w:rPr>
          <w:sz w:val="14"/>
          <w:szCs w:val="14"/>
        </w:rPr>
        <w:t xml:space="preserve"> di </w:t>
      </w:r>
      <w:proofErr w:type="spellStart"/>
      <w:r w:rsidRPr="002D22C4">
        <w:rPr>
          <w:sz w:val="14"/>
          <w:szCs w:val="14"/>
        </w:rPr>
        <w:t>obblighi</w:t>
      </w:r>
      <w:proofErr w:type="spellEnd"/>
      <w:r w:rsidRPr="002D22C4">
        <w:rPr>
          <w:sz w:val="14"/>
          <w:szCs w:val="14"/>
        </w:rPr>
        <w:t xml:space="preserve"> di </w:t>
      </w:r>
      <w:proofErr w:type="spellStart"/>
      <w:r w:rsidRPr="002D22C4">
        <w:rPr>
          <w:sz w:val="14"/>
          <w:szCs w:val="14"/>
        </w:rPr>
        <w:t>legge</w:t>
      </w:r>
      <w:proofErr w:type="spellEnd"/>
      <w:r w:rsidRPr="002D22C4">
        <w:rPr>
          <w:sz w:val="14"/>
          <w:szCs w:val="14"/>
        </w:rPr>
        <w:t xml:space="preserve">, ai sensi del </w:t>
      </w:r>
      <w:proofErr w:type="spellStart"/>
      <w:r w:rsidRPr="002D22C4">
        <w:rPr>
          <w:sz w:val="14"/>
          <w:szCs w:val="14"/>
        </w:rPr>
        <w:t>Regolamento</w:t>
      </w:r>
      <w:proofErr w:type="spellEnd"/>
      <w:r w:rsidRPr="002D22C4">
        <w:rPr>
          <w:sz w:val="14"/>
          <w:szCs w:val="14"/>
        </w:rPr>
        <w:t xml:space="preserve"> (UE) 2016/679.</w:t>
      </w:r>
    </w:p>
    <w:p w14:paraId="4901FCF9" w14:textId="77777777" w:rsidR="00A20705" w:rsidRPr="002D22C4" w:rsidRDefault="00A20705" w:rsidP="00A20705">
      <w:pPr>
        <w:jc w:val="both"/>
        <w:rPr>
          <w:sz w:val="14"/>
          <w:szCs w:val="14"/>
        </w:rPr>
      </w:pPr>
      <w:r w:rsidRPr="002D22C4">
        <w:rPr>
          <w:sz w:val="14"/>
          <w:szCs w:val="14"/>
        </w:rPr>
        <w:t xml:space="preserve">In </w:t>
      </w:r>
      <w:proofErr w:type="spellStart"/>
      <w:r w:rsidRPr="002D22C4">
        <w:rPr>
          <w:sz w:val="14"/>
          <w:szCs w:val="14"/>
        </w:rPr>
        <w:t>particolare</w:t>
      </w:r>
      <w:proofErr w:type="spellEnd"/>
      <w:r w:rsidRPr="002D22C4">
        <w:rPr>
          <w:sz w:val="14"/>
          <w:szCs w:val="14"/>
        </w:rPr>
        <w:t xml:space="preserve">, il </w:t>
      </w:r>
      <w:proofErr w:type="spellStart"/>
      <w:r w:rsidRPr="002D22C4">
        <w:rPr>
          <w:sz w:val="14"/>
          <w:szCs w:val="14"/>
        </w:rPr>
        <w:t>trattamento</w:t>
      </w:r>
      <w:proofErr w:type="spellEnd"/>
      <w:r w:rsidRPr="002D22C4">
        <w:rPr>
          <w:sz w:val="14"/>
          <w:szCs w:val="14"/>
        </w:rPr>
        <w:t xml:space="preserve"> è </w:t>
      </w:r>
      <w:proofErr w:type="spellStart"/>
      <w:r w:rsidRPr="002D22C4">
        <w:rPr>
          <w:sz w:val="14"/>
          <w:szCs w:val="14"/>
        </w:rPr>
        <w:t>effettuato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nell’ambito</w:t>
      </w:r>
      <w:proofErr w:type="spellEnd"/>
      <w:r w:rsidRPr="002D22C4">
        <w:rPr>
          <w:sz w:val="14"/>
          <w:szCs w:val="14"/>
        </w:rPr>
        <w:t xml:space="preserve"> delle </w:t>
      </w:r>
      <w:proofErr w:type="spellStart"/>
      <w:r w:rsidRPr="002D22C4">
        <w:rPr>
          <w:sz w:val="14"/>
          <w:szCs w:val="14"/>
        </w:rPr>
        <w:t>seguenti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attività</w:t>
      </w:r>
      <w:proofErr w:type="spellEnd"/>
      <w:r w:rsidRPr="002D22C4">
        <w:rPr>
          <w:sz w:val="14"/>
          <w:szCs w:val="14"/>
        </w:rPr>
        <w:t xml:space="preserve">: </w:t>
      </w:r>
      <w:proofErr w:type="spellStart"/>
      <w:r w:rsidRPr="002D22C4">
        <w:rPr>
          <w:sz w:val="14"/>
          <w:szCs w:val="14"/>
        </w:rPr>
        <w:t>applicazione</w:t>
      </w:r>
      <w:proofErr w:type="spellEnd"/>
      <w:r w:rsidRPr="002D22C4">
        <w:rPr>
          <w:sz w:val="14"/>
          <w:szCs w:val="14"/>
        </w:rPr>
        <w:t xml:space="preserve"> e </w:t>
      </w:r>
      <w:proofErr w:type="spellStart"/>
      <w:r w:rsidRPr="002D22C4">
        <w:rPr>
          <w:sz w:val="14"/>
          <w:szCs w:val="14"/>
        </w:rPr>
        <w:t>riscossione</w:t>
      </w:r>
      <w:proofErr w:type="spellEnd"/>
      <w:r w:rsidRPr="002D22C4">
        <w:rPr>
          <w:sz w:val="14"/>
          <w:szCs w:val="14"/>
        </w:rPr>
        <w:t xml:space="preserve">, </w:t>
      </w:r>
      <w:proofErr w:type="spellStart"/>
      <w:r w:rsidRPr="002D22C4">
        <w:rPr>
          <w:sz w:val="14"/>
          <w:szCs w:val="14"/>
        </w:rPr>
        <w:t>anche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coattiva</w:t>
      </w:r>
      <w:proofErr w:type="spellEnd"/>
      <w:r w:rsidRPr="002D22C4">
        <w:rPr>
          <w:sz w:val="14"/>
          <w:szCs w:val="14"/>
        </w:rPr>
        <w:t xml:space="preserve">, </w:t>
      </w:r>
      <w:proofErr w:type="spellStart"/>
      <w:r w:rsidRPr="002D22C4">
        <w:rPr>
          <w:sz w:val="14"/>
          <w:szCs w:val="14"/>
        </w:rPr>
        <w:t>dei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tributi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comunali</w:t>
      </w:r>
      <w:proofErr w:type="spellEnd"/>
      <w:r w:rsidRPr="002D22C4">
        <w:rPr>
          <w:sz w:val="14"/>
          <w:szCs w:val="14"/>
        </w:rPr>
        <w:t xml:space="preserve">; </w:t>
      </w:r>
      <w:proofErr w:type="spellStart"/>
      <w:r w:rsidRPr="002D22C4">
        <w:rPr>
          <w:sz w:val="14"/>
          <w:szCs w:val="14"/>
        </w:rPr>
        <w:t>protocollazione</w:t>
      </w:r>
      <w:proofErr w:type="spellEnd"/>
      <w:r w:rsidRPr="002D22C4">
        <w:rPr>
          <w:sz w:val="14"/>
          <w:szCs w:val="14"/>
        </w:rPr>
        <w:t xml:space="preserve"> e </w:t>
      </w:r>
      <w:proofErr w:type="spellStart"/>
      <w:r w:rsidRPr="002D22C4">
        <w:rPr>
          <w:sz w:val="14"/>
          <w:szCs w:val="14"/>
        </w:rPr>
        <w:t>archiviazione</w:t>
      </w:r>
      <w:proofErr w:type="spellEnd"/>
      <w:r w:rsidRPr="002D22C4">
        <w:rPr>
          <w:sz w:val="14"/>
          <w:szCs w:val="14"/>
        </w:rPr>
        <w:t xml:space="preserve">; </w:t>
      </w:r>
      <w:proofErr w:type="spellStart"/>
      <w:r w:rsidRPr="002D22C4">
        <w:rPr>
          <w:sz w:val="14"/>
          <w:szCs w:val="14"/>
        </w:rPr>
        <w:t>verifiche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presso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l’Anagrafe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Tributaria</w:t>
      </w:r>
      <w:proofErr w:type="spellEnd"/>
      <w:r w:rsidRPr="002D22C4">
        <w:rPr>
          <w:sz w:val="14"/>
          <w:szCs w:val="14"/>
        </w:rPr>
        <w:t xml:space="preserve"> e la banca </w:t>
      </w:r>
      <w:proofErr w:type="spellStart"/>
      <w:r w:rsidRPr="002D22C4">
        <w:rPr>
          <w:sz w:val="14"/>
          <w:szCs w:val="14"/>
        </w:rPr>
        <w:t>dati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catastale</w:t>
      </w:r>
      <w:proofErr w:type="spellEnd"/>
      <w:r w:rsidRPr="002D22C4">
        <w:rPr>
          <w:sz w:val="14"/>
          <w:szCs w:val="14"/>
        </w:rPr>
        <w:t xml:space="preserve">; </w:t>
      </w:r>
      <w:proofErr w:type="spellStart"/>
      <w:r w:rsidRPr="002D22C4">
        <w:rPr>
          <w:sz w:val="14"/>
          <w:szCs w:val="14"/>
        </w:rPr>
        <w:t>segnalazione</w:t>
      </w:r>
      <w:proofErr w:type="spellEnd"/>
      <w:r w:rsidRPr="002D22C4">
        <w:rPr>
          <w:sz w:val="14"/>
          <w:szCs w:val="14"/>
        </w:rPr>
        <w:t xml:space="preserve"> e </w:t>
      </w:r>
      <w:proofErr w:type="spellStart"/>
      <w:r w:rsidRPr="002D22C4">
        <w:rPr>
          <w:sz w:val="14"/>
          <w:szCs w:val="14"/>
        </w:rPr>
        <w:t>interscambio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dati</w:t>
      </w:r>
      <w:proofErr w:type="spellEnd"/>
      <w:r w:rsidRPr="002D22C4">
        <w:rPr>
          <w:sz w:val="14"/>
          <w:szCs w:val="14"/>
        </w:rPr>
        <w:t xml:space="preserve"> con </w:t>
      </w:r>
      <w:proofErr w:type="spellStart"/>
      <w:r w:rsidRPr="002D22C4">
        <w:rPr>
          <w:sz w:val="14"/>
          <w:szCs w:val="14"/>
        </w:rPr>
        <w:t>l’Agenzia</w:t>
      </w:r>
      <w:proofErr w:type="spellEnd"/>
      <w:r w:rsidRPr="002D22C4">
        <w:rPr>
          <w:sz w:val="14"/>
          <w:szCs w:val="14"/>
        </w:rPr>
        <w:t xml:space="preserve"> delle </w:t>
      </w:r>
      <w:proofErr w:type="spellStart"/>
      <w:r w:rsidRPr="002D22C4">
        <w:rPr>
          <w:sz w:val="14"/>
          <w:szCs w:val="14"/>
        </w:rPr>
        <w:t>Entrate</w:t>
      </w:r>
      <w:proofErr w:type="spellEnd"/>
      <w:r w:rsidRPr="002D22C4">
        <w:rPr>
          <w:sz w:val="14"/>
          <w:szCs w:val="14"/>
        </w:rPr>
        <w:t xml:space="preserve">; </w:t>
      </w:r>
      <w:proofErr w:type="spellStart"/>
      <w:r w:rsidRPr="002D22C4">
        <w:rPr>
          <w:sz w:val="14"/>
          <w:szCs w:val="14"/>
        </w:rPr>
        <w:t>notifiche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previste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dalla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legge</w:t>
      </w:r>
      <w:proofErr w:type="spellEnd"/>
      <w:r w:rsidRPr="002D22C4">
        <w:rPr>
          <w:sz w:val="14"/>
          <w:szCs w:val="14"/>
        </w:rPr>
        <w:t xml:space="preserve">; </w:t>
      </w:r>
      <w:proofErr w:type="spellStart"/>
      <w:r w:rsidRPr="002D22C4">
        <w:rPr>
          <w:sz w:val="14"/>
          <w:szCs w:val="14"/>
        </w:rPr>
        <w:t>contenzioso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tributario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innanzi</w:t>
      </w:r>
      <w:proofErr w:type="spellEnd"/>
      <w:r w:rsidRPr="002D22C4">
        <w:rPr>
          <w:sz w:val="14"/>
          <w:szCs w:val="14"/>
        </w:rPr>
        <w:t xml:space="preserve"> alla Corte di </w:t>
      </w:r>
      <w:proofErr w:type="spellStart"/>
      <w:r w:rsidRPr="002D22C4">
        <w:rPr>
          <w:sz w:val="14"/>
          <w:szCs w:val="14"/>
        </w:rPr>
        <w:t>Giustizia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Tributaria</w:t>
      </w:r>
      <w:proofErr w:type="spellEnd"/>
      <w:r w:rsidRPr="002D22C4">
        <w:rPr>
          <w:sz w:val="14"/>
          <w:szCs w:val="14"/>
        </w:rPr>
        <w:t xml:space="preserve"> di I </w:t>
      </w:r>
      <w:proofErr w:type="spellStart"/>
      <w:r w:rsidRPr="002D22C4">
        <w:rPr>
          <w:sz w:val="14"/>
          <w:szCs w:val="14"/>
        </w:rPr>
        <w:t>grado</w:t>
      </w:r>
      <w:proofErr w:type="spellEnd"/>
      <w:r w:rsidRPr="002D22C4">
        <w:rPr>
          <w:sz w:val="14"/>
          <w:szCs w:val="14"/>
        </w:rPr>
        <w:t xml:space="preserve"> di Cagliari, alla Corte di </w:t>
      </w:r>
      <w:proofErr w:type="spellStart"/>
      <w:r w:rsidRPr="002D22C4">
        <w:rPr>
          <w:sz w:val="14"/>
          <w:szCs w:val="14"/>
        </w:rPr>
        <w:t>Giustizia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Tributaria</w:t>
      </w:r>
      <w:proofErr w:type="spellEnd"/>
      <w:r w:rsidRPr="002D22C4">
        <w:rPr>
          <w:sz w:val="14"/>
          <w:szCs w:val="14"/>
        </w:rPr>
        <w:t xml:space="preserve"> di II </w:t>
      </w:r>
      <w:proofErr w:type="spellStart"/>
      <w:r w:rsidRPr="002D22C4">
        <w:rPr>
          <w:sz w:val="14"/>
          <w:szCs w:val="14"/>
        </w:rPr>
        <w:t>grado</w:t>
      </w:r>
      <w:proofErr w:type="spellEnd"/>
      <w:r w:rsidRPr="002D22C4">
        <w:rPr>
          <w:sz w:val="14"/>
          <w:szCs w:val="14"/>
        </w:rPr>
        <w:t xml:space="preserve"> di Cagliari e alla Corte di </w:t>
      </w:r>
      <w:proofErr w:type="spellStart"/>
      <w:r w:rsidRPr="002D22C4">
        <w:rPr>
          <w:sz w:val="14"/>
          <w:szCs w:val="14"/>
        </w:rPr>
        <w:t>Cassazione</w:t>
      </w:r>
      <w:proofErr w:type="spellEnd"/>
      <w:r w:rsidRPr="002D22C4">
        <w:rPr>
          <w:sz w:val="14"/>
          <w:szCs w:val="14"/>
        </w:rPr>
        <w:t xml:space="preserve">; </w:t>
      </w:r>
      <w:proofErr w:type="spellStart"/>
      <w:r w:rsidRPr="002D22C4">
        <w:rPr>
          <w:sz w:val="14"/>
          <w:szCs w:val="14"/>
        </w:rPr>
        <w:t>rapporti</w:t>
      </w:r>
      <w:proofErr w:type="spellEnd"/>
      <w:r w:rsidRPr="002D22C4">
        <w:rPr>
          <w:sz w:val="14"/>
          <w:szCs w:val="14"/>
        </w:rPr>
        <w:t xml:space="preserve"> con </w:t>
      </w:r>
      <w:proofErr w:type="spellStart"/>
      <w:r w:rsidRPr="002D22C4">
        <w:rPr>
          <w:sz w:val="14"/>
          <w:szCs w:val="14"/>
        </w:rPr>
        <w:t>Consorzi</w:t>
      </w:r>
      <w:proofErr w:type="spellEnd"/>
      <w:r w:rsidRPr="002D22C4">
        <w:rPr>
          <w:sz w:val="14"/>
          <w:szCs w:val="14"/>
        </w:rPr>
        <w:t xml:space="preserve"> di </w:t>
      </w:r>
      <w:proofErr w:type="spellStart"/>
      <w:r w:rsidRPr="002D22C4">
        <w:rPr>
          <w:sz w:val="14"/>
          <w:szCs w:val="14"/>
        </w:rPr>
        <w:t>bonifica</w:t>
      </w:r>
      <w:proofErr w:type="spellEnd"/>
      <w:r w:rsidRPr="002D22C4">
        <w:rPr>
          <w:sz w:val="14"/>
          <w:szCs w:val="14"/>
        </w:rPr>
        <w:t>.</w:t>
      </w:r>
    </w:p>
    <w:p w14:paraId="6C52C8A7" w14:textId="77777777" w:rsidR="00A20705" w:rsidRPr="002D22C4" w:rsidRDefault="00A20705" w:rsidP="00A20705">
      <w:pPr>
        <w:jc w:val="both"/>
        <w:rPr>
          <w:sz w:val="14"/>
          <w:szCs w:val="14"/>
        </w:rPr>
      </w:pPr>
      <w:r w:rsidRPr="002D22C4">
        <w:rPr>
          <w:sz w:val="14"/>
          <w:szCs w:val="14"/>
        </w:rPr>
        <w:t xml:space="preserve">Il </w:t>
      </w:r>
      <w:proofErr w:type="spellStart"/>
      <w:r w:rsidRPr="002D22C4">
        <w:rPr>
          <w:sz w:val="14"/>
          <w:szCs w:val="14"/>
        </w:rPr>
        <w:t>conferimento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dei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dati</w:t>
      </w:r>
      <w:proofErr w:type="spellEnd"/>
      <w:r w:rsidRPr="002D22C4">
        <w:rPr>
          <w:sz w:val="14"/>
          <w:szCs w:val="14"/>
        </w:rPr>
        <w:t xml:space="preserve"> è </w:t>
      </w:r>
      <w:proofErr w:type="spellStart"/>
      <w:r w:rsidRPr="002D22C4">
        <w:rPr>
          <w:sz w:val="14"/>
          <w:szCs w:val="14"/>
        </w:rPr>
        <w:t>necessario</w:t>
      </w:r>
      <w:proofErr w:type="spellEnd"/>
      <w:r w:rsidRPr="002D22C4">
        <w:rPr>
          <w:sz w:val="14"/>
          <w:szCs w:val="14"/>
        </w:rPr>
        <w:t xml:space="preserve"> per le </w:t>
      </w:r>
      <w:proofErr w:type="spellStart"/>
      <w:r w:rsidRPr="002D22C4">
        <w:rPr>
          <w:sz w:val="14"/>
          <w:szCs w:val="14"/>
        </w:rPr>
        <w:t>finalità</w:t>
      </w:r>
      <w:proofErr w:type="spellEnd"/>
      <w:r w:rsidRPr="002D22C4">
        <w:rPr>
          <w:sz w:val="14"/>
          <w:szCs w:val="14"/>
        </w:rPr>
        <w:t xml:space="preserve"> sopra indicate. Il </w:t>
      </w:r>
      <w:proofErr w:type="spellStart"/>
      <w:r w:rsidRPr="002D22C4">
        <w:rPr>
          <w:sz w:val="14"/>
          <w:szCs w:val="14"/>
        </w:rPr>
        <w:t>mancato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conferimento</w:t>
      </w:r>
      <w:proofErr w:type="spellEnd"/>
      <w:r w:rsidRPr="002D22C4">
        <w:rPr>
          <w:sz w:val="14"/>
          <w:szCs w:val="14"/>
        </w:rPr>
        <w:t xml:space="preserve"> di </w:t>
      </w:r>
      <w:proofErr w:type="spellStart"/>
      <w:r w:rsidRPr="002D22C4">
        <w:rPr>
          <w:sz w:val="14"/>
          <w:szCs w:val="14"/>
        </w:rPr>
        <w:t>alcuni</w:t>
      </w:r>
      <w:proofErr w:type="spellEnd"/>
      <w:r w:rsidRPr="002D22C4">
        <w:rPr>
          <w:sz w:val="14"/>
          <w:szCs w:val="14"/>
        </w:rPr>
        <w:t xml:space="preserve"> o di tutti </w:t>
      </w:r>
      <w:proofErr w:type="spellStart"/>
      <w:r w:rsidRPr="002D22C4">
        <w:rPr>
          <w:sz w:val="14"/>
          <w:szCs w:val="14"/>
        </w:rPr>
        <w:t>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dati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può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comportare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l’improcedibilità</w:t>
      </w:r>
      <w:proofErr w:type="spellEnd"/>
      <w:r w:rsidRPr="002D22C4">
        <w:rPr>
          <w:sz w:val="14"/>
          <w:szCs w:val="14"/>
        </w:rPr>
        <w:t xml:space="preserve"> o </w:t>
      </w:r>
      <w:proofErr w:type="spellStart"/>
      <w:r w:rsidRPr="002D22C4">
        <w:rPr>
          <w:sz w:val="14"/>
          <w:szCs w:val="14"/>
        </w:rPr>
        <w:t>l’archiviazione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dell’istanza</w:t>
      </w:r>
      <w:proofErr w:type="spellEnd"/>
      <w:r w:rsidRPr="002D22C4">
        <w:rPr>
          <w:sz w:val="14"/>
          <w:szCs w:val="14"/>
        </w:rPr>
        <w:t>/</w:t>
      </w:r>
      <w:proofErr w:type="spellStart"/>
      <w:r w:rsidRPr="002D22C4">
        <w:rPr>
          <w:sz w:val="14"/>
          <w:szCs w:val="14"/>
        </w:rPr>
        <w:t>dichiarazione</w:t>
      </w:r>
      <w:proofErr w:type="spellEnd"/>
      <w:r w:rsidRPr="002D22C4">
        <w:rPr>
          <w:sz w:val="14"/>
          <w:szCs w:val="14"/>
        </w:rPr>
        <w:t xml:space="preserve"> e/o </w:t>
      </w:r>
      <w:proofErr w:type="spellStart"/>
      <w:r w:rsidRPr="002D22C4">
        <w:rPr>
          <w:sz w:val="14"/>
          <w:szCs w:val="14"/>
        </w:rPr>
        <w:t>l’applicazione</w:t>
      </w:r>
      <w:proofErr w:type="spellEnd"/>
      <w:r w:rsidRPr="002D22C4">
        <w:rPr>
          <w:sz w:val="14"/>
          <w:szCs w:val="14"/>
        </w:rPr>
        <w:t xml:space="preserve"> delle </w:t>
      </w:r>
      <w:proofErr w:type="spellStart"/>
      <w:r w:rsidRPr="002D22C4">
        <w:rPr>
          <w:sz w:val="14"/>
          <w:szCs w:val="14"/>
        </w:rPr>
        <w:t>eventuali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sanzioni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previste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dalla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legge</w:t>
      </w:r>
      <w:proofErr w:type="spellEnd"/>
      <w:r w:rsidRPr="002D22C4">
        <w:rPr>
          <w:sz w:val="14"/>
          <w:szCs w:val="14"/>
        </w:rPr>
        <w:t>.</w:t>
      </w:r>
    </w:p>
    <w:p w14:paraId="3EE89399" w14:textId="77777777" w:rsidR="00A20705" w:rsidRPr="002D22C4" w:rsidRDefault="00A20705" w:rsidP="00A20705">
      <w:pPr>
        <w:jc w:val="both"/>
        <w:rPr>
          <w:sz w:val="14"/>
          <w:szCs w:val="14"/>
        </w:rPr>
      </w:pPr>
      <w:r w:rsidRPr="002D22C4">
        <w:rPr>
          <w:sz w:val="14"/>
          <w:szCs w:val="14"/>
        </w:rPr>
        <w:t xml:space="preserve">e. Il </w:t>
      </w:r>
      <w:proofErr w:type="spellStart"/>
      <w:r w:rsidRPr="002D22C4">
        <w:rPr>
          <w:sz w:val="14"/>
          <w:szCs w:val="14"/>
        </w:rPr>
        <w:t>trattamento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dei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dati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personali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sarà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effettuato</w:t>
      </w:r>
      <w:proofErr w:type="spellEnd"/>
      <w:r w:rsidRPr="002D22C4">
        <w:rPr>
          <w:sz w:val="14"/>
          <w:szCs w:val="14"/>
        </w:rPr>
        <w:t xml:space="preserve"> da </w:t>
      </w:r>
      <w:proofErr w:type="spellStart"/>
      <w:r w:rsidRPr="002D22C4">
        <w:rPr>
          <w:sz w:val="14"/>
          <w:szCs w:val="14"/>
        </w:rPr>
        <w:t>personale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interno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all’Ente</w:t>
      </w:r>
      <w:proofErr w:type="spellEnd"/>
      <w:r w:rsidRPr="002D22C4">
        <w:rPr>
          <w:sz w:val="14"/>
          <w:szCs w:val="14"/>
        </w:rPr>
        <w:t xml:space="preserve">, </w:t>
      </w:r>
      <w:proofErr w:type="spellStart"/>
      <w:r w:rsidRPr="002D22C4">
        <w:rPr>
          <w:sz w:val="14"/>
          <w:szCs w:val="14"/>
        </w:rPr>
        <w:t>previamente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autorizzato</w:t>
      </w:r>
      <w:proofErr w:type="spellEnd"/>
      <w:r w:rsidRPr="002D22C4">
        <w:rPr>
          <w:sz w:val="14"/>
          <w:szCs w:val="14"/>
        </w:rPr>
        <w:t xml:space="preserve"> e </w:t>
      </w:r>
      <w:proofErr w:type="spellStart"/>
      <w:r w:rsidRPr="002D22C4">
        <w:rPr>
          <w:sz w:val="14"/>
          <w:szCs w:val="14"/>
        </w:rPr>
        <w:t>designato</w:t>
      </w:r>
      <w:proofErr w:type="spellEnd"/>
      <w:r w:rsidRPr="002D22C4">
        <w:rPr>
          <w:sz w:val="14"/>
          <w:szCs w:val="14"/>
        </w:rPr>
        <w:t xml:space="preserve"> quale </w:t>
      </w:r>
      <w:proofErr w:type="spellStart"/>
      <w:r w:rsidRPr="002D22C4">
        <w:rPr>
          <w:sz w:val="14"/>
          <w:szCs w:val="14"/>
        </w:rPr>
        <w:t>incaricato</w:t>
      </w:r>
      <w:proofErr w:type="spellEnd"/>
      <w:r w:rsidRPr="002D22C4">
        <w:rPr>
          <w:sz w:val="14"/>
          <w:szCs w:val="14"/>
        </w:rPr>
        <w:t xml:space="preserve"> del </w:t>
      </w:r>
      <w:proofErr w:type="spellStart"/>
      <w:r w:rsidRPr="002D22C4">
        <w:rPr>
          <w:sz w:val="14"/>
          <w:szCs w:val="14"/>
        </w:rPr>
        <w:t>trattamento</w:t>
      </w:r>
      <w:proofErr w:type="spellEnd"/>
      <w:r w:rsidRPr="002D22C4">
        <w:rPr>
          <w:sz w:val="14"/>
          <w:szCs w:val="14"/>
        </w:rPr>
        <w:t xml:space="preserve">, </w:t>
      </w:r>
      <w:proofErr w:type="spellStart"/>
      <w:r w:rsidRPr="002D22C4">
        <w:rPr>
          <w:sz w:val="14"/>
          <w:szCs w:val="14"/>
        </w:rPr>
        <w:t>nonché</w:t>
      </w:r>
      <w:proofErr w:type="spellEnd"/>
      <w:r w:rsidRPr="002D22C4">
        <w:rPr>
          <w:sz w:val="14"/>
          <w:szCs w:val="14"/>
        </w:rPr>
        <w:t xml:space="preserve"> da </w:t>
      </w:r>
      <w:proofErr w:type="spellStart"/>
      <w:r w:rsidRPr="002D22C4">
        <w:rPr>
          <w:sz w:val="14"/>
          <w:szCs w:val="14"/>
        </w:rPr>
        <w:t>eventuali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soggetti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terzi</w:t>
      </w:r>
      <w:proofErr w:type="spellEnd"/>
      <w:r w:rsidRPr="002D22C4">
        <w:rPr>
          <w:sz w:val="14"/>
          <w:szCs w:val="14"/>
        </w:rPr>
        <w:t xml:space="preserve"> di cui </w:t>
      </w:r>
      <w:proofErr w:type="spellStart"/>
      <w:r w:rsidRPr="002D22C4">
        <w:rPr>
          <w:sz w:val="14"/>
          <w:szCs w:val="14"/>
        </w:rPr>
        <w:t>l’Ente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può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avvalersi</w:t>
      </w:r>
      <w:proofErr w:type="spellEnd"/>
      <w:r w:rsidRPr="002D22C4">
        <w:rPr>
          <w:sz w:val="14"/>
          <w:szCs w:val="14"/>
        </w:rPr>
        <w:t xml:space="preserve"> per </w:t>
      </w:r>
      <w:proofErr w:type="spellStart"/>
      <w:r w:rsidRPr="002D22C4">
        <w:rPr>
          <w:sz w:val="14"/>
          <w:szCs w:val="14"/>
        </w:rPr>
        <w:t>l’espletamento</w:t>
      </w:r>
      <w:proofErr w:type="spellEnd"/>
      <w:r w:rsidRPr="002D22C4">
        <w:rPr>
          <w:sz w:val="14"/>
          <w:szCs w:val="14"/>
        </w:rPr>
        <w:t xml:space="preserve"> di </w:t>
      </w:r>
      <w:proofErr w:type="spellStart"/>
      <w:r w:rsidRPr="002D22C4">
        <w:rPr>
          <w:sz w:val="14"/>
          <w:szCs w:val="14"/>
        </w:rPr>
        <w:t>specifiche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attività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connesse</w:t>
      </w:r>
      <w:proofErr w:type="spellEnd"/>
      <w:r w:rsidRPr="002D22C4">
        <w:rPr>
          <w:sz w:val="14"/>
          <w:szCs w:val="14"/>
        </w:rPr>
        <w:t xml:space="preserve"> al </w:t>
      </w:r>
      <w:proofErr w:type="spellStart"/>
      <w:r w:rsidRPr="002D22C4">
        <w:rPr>
          <w:sz w:val="14"/>
          <w:szCs w:val="14"/>
        </w:rPr>
        <w:t>procedimento</w:t>
      </w:r>
      <w:proofErr w:type="spellEnd"/>
      <w:r w:rsidRPr="002D22C4">
        <w:rPr>
          <w:sz w:val="14"/>
          <w:szCs w:val="14"/>
        </w:rPr>
        <w:t>.</w:t>
      </w:r>
    </w:p>
    <w:p w14:paraId="7B7321D4" w14:textId="77777777" w:rsidR="00A20705" w:rsidRPr="002D22C4" w:rsidRDefault="00A20705" w:rsidP="00A20705">
      <w:pPr>
        <w:jc w:val="both"/>
        <w:rPr>
          <w:sz w:val="14"/>
          <w:szCs w:val="14"/>
        </w:rPr>
      </w:pPr>
      <w:r w:rsidRPr="002D22C4">
        <w:rPr>
          <w:sz w:val="14"/>
          <w:szCs w:val="14"/>
        </w:rPr>
        <w:t xml:space="preserve">f. Per il </w:t>
      </w:r>
      <w:proofErr w:type="spellStart"/>
      <w:r w:rsidRPr="002D22C4">
        <w:rPr>
          <w:sz w:val="14"/>
          <w:szCs w:val="14"/>
        </w:rPr>
        <w:t>raggiungimento</w:t>
      </w:r>
      <w:proofErr w:type="spellEnd"/>
      <w:r w:rsidRPr="002D22C4">
        <w:rPr>
          <w:sz w:val="14"/>
          <w:szCs w:val="14"/>
        </w:rPr>
        <w:t xml:space="preserve"> delle </w:t>
      </w:r>
      <w:proofErr w:type="spellStart"/>
      <w:r w:rsidRPr="002D22C4">
        <w:rPr>
          <w:sz w:val="14"/>
          <w:szCs w:val="14"/>
        </w:rPr>
        <w:t>finalità</w:t>
      </w:r>
      <w:proofErr w:type="spellEnd"/>
      <w:r w:rsidRPr="002D22C4">
        <w:rPr>
          <w:sz w:val="14"/>
          <w:szCs w:val="14"/>
        </w:rPr>
        <w:t xml:space="preserve"> indicate, </w:t>
      </w:r>
      <w:proofErr w:type="spellStart"/>
      <w:r w:rsidRPr="002D22C4">
        <w:rPr>
          <w:sz w:val="14"/>
          <w:szCs w:val="14"/>
        </w:rPr>
        <w:t>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dati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potranno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essere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comunicati</w:t>
      </w:r>
      <w:proofErr w:type="spellEnd"/>
      <w:r w:rsidRPr="002D22C4">
        <w:rPr>
          <w:sz w:val="14"/>
          <w:szCs w:val="14"/>
        </w:rPr>
        <w:t xml:space="preserve">, per </w:t>
      </w:r>
      <w:proofErr w:type="spellStart"/>
      <w:r w:rsidRPr="002D22C4">
        <w:rPr>
          <w:sz w:val="14"/>
          <w:szCs w:val="14"/>
        </w:rPr>
        <w:t>l’esercizio</w:t>
      </w:r>
      <w:proofErr w:type="spellEnd"/>
      <w:r w:rsidRPr="002D22C4">
        <w:rPr>
          <w:sz w:val="14"/>
          <w:szCs w:val="14"/>
        </w:rPr>
        <w:t xml:space="preserve"> di </w:t>
      </w:r>
      <w:proofErr w:type="spellStart"/>
      <w:r w:rsidRPr="002D22C4">
        <w:rPr>
          <w:sz w:val="14"/>
          <w:szCs w:val="14"/>
        </w:rPr>
        <w:t>attività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istituzionali</w:t>
      </w:r>
      <w:proofErr w:type="spellEnd"/>
      <w:r w:rsidRPr="002D22C4">
        <w:rPr>
          <w:sz w:val="14"/>
          <w:szCs w:val="14"/>
        </w:rPr>
        <w:t xml:space="preserve"> e per </w:t>
      </w:r>
      <w:proofErr w:type="spellStart"/>
      <w:r w:rsidRPr="002D22C4">
        <w:rPr>
          <w:sz w:val="14"/>
          <w:szCs w:val="14"/>
        </w:rPr>
        <w:t>gli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adempimenti</w:t>
      </w:r>
      <w:proofErr w:type="spellEnd"/>
      <w:r w:rsidRPr="002D22C4">
        <w:rPr>
          <w:sz w:val="14"/>
          <w:szCs w:val="14"/>
        </w:rPr>
        <w:t xml:space="preserve"> di </w:t>
      </w:r>
      <w:proofErr w:type="spellStart"/>
      <w:r w:rsidRPr="002D22C4">
        <w:rPr>
          <w:sz w:val="14"/>
          <w:szCs w:val="14"/>
        </w:rPr>
        <w:t>competenza</w:t>
      </w:r>
      <w:proofErr w:type="spellEnd"/>
      <w:r w:rsidRPr="002D22C4">
        <w:rPr>
          <w:sz w:val="14"/>
          <w:szCs w:val="14"/>
        </w:rPr>
        <w:t xml:space="preserve">, ai </w:t>
      </w:r>
      <w:proofErr w:type="spellStart"/>
      <w:r w:rsidRPr="002D22C4">
        <w:rPr>
          <w:sz w:val="14"/>
          <w:szCs w:val="14"/>
        </w:rPr>
        <w:t>seguenti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soggetti</w:t>
      </w:r>
      <w:proofErr w:type="spellEnd"/>
      <w:r w:rsidRPr="002D22C4">
        <w:rPr>
          <w:sz w:val="14"/>
          <w:szCs w:val="14"/>
        </w:rPr>
        <w:t xml:space="preserve">: Corte </w:t>
      </w:r>
      <w:proofErr w:type="spellStart"/>
      <w:r w:rsidRPr="002D22C4">
        <w:rPr>
          <w:sz w:val="14"/>
          <w:szCs w:val="14"/>
        </w:rPr>
        <w:t>dei</w:t>
      </w:r>
      <w:proofErr w:type="spellEnd"/>
      <w:r w:rsidRPr="002D22C4">
        <w:rPr>
          <w:sz w:val="14"/>
          <w:szCs w:val="14"/>
        </w:rPr>
        <w:t xml:space="preserve"> Conti; Enti </w:t>
      </w:r>
      <w:proofErr w:type="spellStart"/>
      <w:r w:rsidRPr="002D22C4">
        <w:rPr>
          <w:sz w:val="14"/>
          <w:szCs w:val="14"/>
        </w:rPr>
        <w:t>locali</w:t>
      </w:r>
      <w:proofErr w:type="spellEnd"/>
      <w:r w:rsidRPr="002D22C4">
        <w:rPr>
          <w:sz w:val="14"/>
          <w:szCs w:val="14"/>
        </w:rPr>
        <w:t xml:space="preserve">; </w:t>
      </w:r>
      <w:proofErr w:type="spellStart"/>
      <w:r w:rsidRPr="002D22C4">
        <w:rPr>
          <w:sz w:val="14"/>
          <w:szCs w:val="14"/>
        </w:rPr>
        <w:t>Prefettura</w:t>
      </w:r>
      <w:proofErr w:type="spellEnd"/>
      <w:r w:rsidRPr="002D22C4">
        <w:rPr>
          <w:sz w:val="14"/>
          <w:szCs w:val="14"/>
        </w:rPr>
        <w:t xml:space="preserve">; </w:t>
      </w:r>
      <w:proofErr w:type="spellStart"/>
      <w:r w:rsidRPr="002D22C4">
        <w:rPr>
          <w:sz w:val="14"/>
          <w:szCs w:val="14"/>
        </w:rPr>
        <w:t>Agenzia</w:t>
      </w:r>
      <w:proofErr w:type="spellEnd"/>
      <w:r w:rsidRPr="002D22C4">
        <w:rPr>
          <w:sz w:val="14"/>
          <w:szCs w:val="14"/>
        </w:rPr>
        <w:t xml:space="preserve"> delle </w:t>
      </w:r>
      <w:proofErr w:type="spellStart"/>
      <w:r w:rsidRPr="002D22C4">
        <w:rPr>
          <w:sz w:val="14"/>
          <w:szCs w:val="14"/>
        </w:rPr>
        <w:t>Entrate</w:t>
      </w:r>
      <w:proofErr w:type="spellEnd"/>
      <w:r w:rsidRPr="002D22C4">
        <w:rPr>
          <w:sz w:val="14"/>
          <w:szCs w:val="14"/>
        </w:rPr>
        <w:t xml:space="preserve">; Guardia di Finanza; Procura della Repubblica; </w:t>
      </w:r>
      <w:proofErr w:type="spellStart"/>
      <w:r w:rsidRPr="002D22C4">
        <w:rPr>
          <w:sz w:val="14"/>
          <w:szCs w:val="14"/>
        </w:rPr>
        <w:t>Organi</w:t>
      </w:r>
      <w:proofErr w:type="spellEnd"/>
      <w:r w:rsidRPr="002D22C4">
        <w:rPr>
          <w:sz w:val="14"/>
          <w:szCs w:val="14"/>
        </w:rPr>
        <w:t xml:space="preserve"> di </w:t>
      </w:r>
      <w:proofErr w:type="spellStart"/>
      <w:r w:rsidRPr="002D22C4">
        <w:rPr>
          <w:sz w:val="14"/>
          <w:szCs w:val="14"/>
        </w:rPr>
        <w:t>Polizia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Giudiziaria</w:t>
      </w:r>
      <w:proofErr w:type="spellEnd"/>
      <w:r w:rsidRPr="002D22C4">
        <w:rPr>
          <w:sz w:val="14"/>
          <w:szCs w:val="14"/>
        </w:rPr>
        <w:t xml:space="preserve">; </w:t>
      </w:r>
      <w:proofErr w:type="spellStart"/>
      <w:r w:rsidRPr="002D22C4">
        <w:rPr>
          <w:sz w:val="14"/>
          <w:szCs w:val="14"/>
        </w:rPr>
        <w:t>Agenzia</w:t>
      </w:r>
      <w:proofErr w:type="spellEnd"/>
      <w:r w:rsidRPr="002D22C4">
        <w:rPr>
          <w:sz w:val="14"/>
          <w:szCs w:val="14"/>
        </w:rPr>
        <w:t xml:space="preserve"> delle </w:t>
      </w:r>
      <w:proofErr w:type="spellStart"/>
      <w:r w:rsidRPr="002D22C4">
        <w:rPr>
          <w:sz w:val="14"/>
          <w:szCs w:val="14"/>
        </w:rPr>
        <w:t>Entrate-Riscossione</w:t>
      </w:r>
      <w:proofErr w:type="spellEnd"/>
      <w:r w:rsidRPr="002D22C4">
        <w:rPr>
          <w:sz w:val="14"/>
          <w:szCs w:val="14"/>
        </w:rPr>
        <w:t xml:space="preserve"> S.p.A.; </w:t>
      </w:r>
      <w:proofErr w:type="spellStart"/>
      <w:r w:rsidRPr="002D22C4">
        <w:rPr>
          <w:sz w:val="14"/>
          <w:szCs w:val="14"/>
        </w:rPr>
        <w:t>Riscossione</w:t>
      </w:r>
      <w:proofErr w:type="spellEnd"/>
      <w:r w:rsidRPr="002D22C4">
        <w:rPr>
          <w:sz w:val="14"/>
          <w:szCs w:val="14"/>
        </w:rPr>
        <w:t xml:space="preserve"> Sicilia S.p.A.; </w:t>
      </w:r>
      <w:proofErr w:type="spellStart"/>
      <w:r w:rsidRPr="002D22C4">
        <w:rPr>
          <w:sz w:val="14"/>
          <w:szCs w:val="14"/>
        </w:rPr>
        <w:t>Tesoreria</w:t>
      </w:r>
      <w:proofErr w:type="spellEnd"/>
      <w:r w:rsidRPr="002D22C4">
        <w:rPr>
          <w:sz w:val="14"/>
          <w:szCs w:val="14"/>
        </w:rPr>
        <w:t xml:space="preserve">; </w:t>
      </w:r>
      <w:proofErr w:type="spellStart"/>
      <w:r w:rsidRPr="002D22C4">
        <w:rPr>
          <w:sz w:val="14"/>
          <w:szCs w:val="14"/>
        </w:rPr>
        <w:t>società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esterne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incaricate</w:t>
      </w:r>
      <w:proofErr w:type="spellEnd"/>
      <w:r w:rsidRPr="002D22C4">
        <w:rPr>
          <w:sz w:val="14"/>
          <w:szCs w:val="14"/>
        </w:rPr>
        <w:t xml:space="preserve"> della </w:t>
      </w:r>
      <w:proofErr w:type="spellStart"/>
      <w:r w:rsidRPr="002D22C4">
        <w:rPr>
          <w:sz w:val="14"/>
          <w:szCs w:val="14"/>
        </w:rPr>
        <w:t>gestione</w:t>
      </w:r>
      <w:proofErr w:type="spellEnd"/>
      <w:r w:rsidRPr="002D22C4">
        <w:rPr>
          <w:sz w:val="14"/>
          <w:szCs w:val="14"/>
        </w:rPr>
        <w:t xml:space="preserve"> e </w:t>
      </w:r>
      <w:proofErr w:type="spellStart"/>
      <w:r w:rsidRPr="002D22C4">
        <w:rPr>
          <w:sz w:val="14"/>
          <w:szCs w:val="14"/>
        </w:rPr>
        <w:t>riscossione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dei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tributi</w:t>
      </w:r>
      <w:proofErr w:type="spellEnd"/>
      <w:r w:rsidRPr="002D22C4">
        <w:rPr>
          <w:sz w:val="14"/>
          <w:szCs w:val="14"/>
        </w:rPr>
        <w:t xml:space="preserve">; </w:t>
      </w:r>
      <w:proofErr w:type="spellStart"/>
      <w:r w:rsidRPr="002D22C4">
        <w:rPr>
          <w:sz w:val="14"/>
          <w:szCs w:val="14"/>
        </w:rPr>
        <w:t>Tribunale</w:t>
      </w:r>
      <w:proofErr w:type="spellEnd"/>
      <w:r w:rsidRPr="002D22C4">
        <w:rPr>
          <w:sz w:val="14"/>
          <w:szCs w:val="14"/>
        </w:rPr>
        <w:t xml:space="preserve">; Corti di </w:t>
      </w:r>
      <w:proofErr w:type="spellStart"/>
      <w:r w:rsidRPr="002D22C4">
        <w:rPr>
          <w:sz w:val="14"/>
          <w:szCs w:val="14"/>
        </w:rPr>
        <w:t>Giustizia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Tributaria</w:t>
      </w:r>
      <w:proofErr w:type="spellEnd"/>
      <w:r w:rsidRPr="002D22C4">
        <w:rPr>
          <w:sz w:val="14"/>
          <w:szCs w:val="14"/>
        </w:rPr>
        <w:t xml:space="preserve"> di I e II </w:t>
      </w:r>
      <w:proofErr w:type="spellStart"/>
      <w:r w:rsidRPr="002D22C4">
        <w:rPr>
          <w:sz w:val="14"/>
          <w:szCs w:val="14"/>
        </w:rPr>
        <w:t>grado</w:t>
      </w:r>
      <w:proofErr w:type="spellEnd"/>
      <w:r w:rsidRPr="002D22C4">
        <w:rPr>
          <w:sz w:val="14"/>
          <w:szCs w:val="14"/>
        </w:rPr>
        <w:t xml:space="preserve">; Corte di </w:t>
      </w:r>
      <w:proofErr w:type="spellStart"/>
      <w:r w:rsidRPr="002D22C4">
        <w:rPr>
          <w:sz w:val="14"/>
          <w:szCs w:val="14"/>
        </w:rPr>
        <w:t>Cassazione</w:t>
      </w:r>
      <w:proofErr w:type="spellEnd"/>
      <w:r w:rsidRPr="002D22C4">
        <w:rPr>
          <w:sz w:val="14"/>
          <w:szCs w:val="14"/>
        </w:rPr>
        <w:t>.</w:t>
      </w:r>
    </w:p>
    <w:p w14:paraId="0AE5CCA3" w14:textId="77777777" w:rsidR="00A20705" w:rsidRPr="002D22C4" w:rsidRDefault="00A20705" w:rsidP="00A20705">
      <w:pPr>
        <w:jc w:val="both"/>
        <w:rPr>
          <w:sz w:val="14"/>
          <w:szCs w:val="14"/>
        </w:rPr>
      </w:pPr>
      <w:r w:rsidRPr="002D22C4">
        <w:rPr>
          <w:sz w:val="14"/>
          <w:szCs w:val="14"/>
        </w:rPr>
        <w:t xml:space="preserve">Nei </w:t>
      </w:r>
      <w:proofErr w:type="spellStart"/>
      <w:r w:rsidRPr="002D22C4">
        <w:rPr>
          <w:sz w:val="14"/>
          <w:szCs w:val="14"/>
        </w:rPr>
        <w:t>casi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previsti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dalla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normativa</w:t>
      </w:r>
      <w:proofErr w:type="spellEnd"/>
      <w:r w:rsidRPr="002D22C4">
        <w:rPr>
          <w:sz w:val="14"/>
          <w:szCs w:val="14"/>
        </w:rPr>
        <w:t xml:space="preserve">, </w:t>
      </w:r>
      <w:proofErr w:type="spellStart"/>
      <w:r w:rsidRPr="002D22C4">
        <w:rPr>
          <w:sz w:val="14"/>
          <w:szCs w:val="14"/>
        </w:rPr>
        <w:t>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dati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potranno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altresì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essere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diffusi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sul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sito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istituzionale</w:t>
      </w:r>
      <w:proofErr w:type="spellEnd"/>
      <w:r w:rsidRPr="002D22C4">
        <w:rPr>
          <w:sz w:val="14"/>
          <w:szCs w:val="14"/>
        </w:rPr>
        <w:t xml:space="preserve"> del </w:t>
      </w:r>
      <w:proofErr w:type="spellStart"/>
      <w:r w:rsidRPr="002D22C4">
        <w:rPr>
          <w:sz w:val="14"/>
          <w:szCs w:val="14"/>
        </w:rPr>
        <w:t>Comune</w:t>
      </w:r>
      <w:proofErr w:type="spellEnd"/>
      <w:r w:rsidRPr="002D22C4">
        <w:rPr>
          <w:sz w:val="14"/>
          <w:szCs w:val="14"/>
        </w:rPr>
        <w:t xml:space="preserve"> di </w:t>
      </w:r>
      <w:proofErr w:type="spellStart"/>
      <w:r w:rsidRPr="002D22C4">
        <w:rPr>
          <w:sz w:val="14"/>
          <w:szCs w:val="14"/>
        </w:rPr>
        <w:t>Carbonia</w:t>
      </w:r>
      <w:proofErr w:type="spellEnd"/>
      <w:r w:rsidRPr="002D22C4">
        <w:rPr>
          <w:sz w:val="14"/>
          <w:szCs w:val="14"/>
        </w:rPr>
        <w:t xml:space="preserve">, </w:t>
      </w:r>
      <w:proofErr w:type="spellStart"/>
      <w:r w:rsidRPr="002D22C4">
        <w:rPr>
          <w:sz w:val="14"/>
          <w:szCs w:val="14"/>
        </w:rPr>
        <w:t>nella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misura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strettamente</w:t>
      </w:r>
      <w:proofErr w:type="spellEnd"/>
      <w:r w:rsidRPr="002D22C4">
        <w:rPr>
          <w:sz w:val="14"/>
          <w:szCs w:val="14"/>
        </w:rPr>
        <w:t xml:space="preserve"> necessaria a </w:t>
      </w:r>
      <w:proofErr w:type="spellStart"/>
      <w:r w:rsidRPr="002D22C4">
        <w:rPr>
          <w:sz w:val="14"/>
          <w:szCs w:val="14"/>
        </w:rPr>
        <w:t>garantire</w:t>
      </w:r>
      <w:proofErr w:type="spellEnd"/>
      <w:r w:rsidRPr="002D22C4">
        <w:rPr>
          <w:sz w:val="14"/>
          <w:szCs w:val="14"/>
        </w:rPr>
        <w:t xml:space="preserve"> la </w:t>
      </w:r>
      <w:proofErr w:type="spellStart"/>
      <w:r w:rsidRPr="002D22C4">
        <w:rPr>
          <w:sz w:val="14"/>
          <w:szCs w:val="14"/>
        </w:rPr>
        <w:t>trasparenza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nella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gestione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dei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procedimenti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collegati</w:t>
      </w:r>
      <w:proofErr w:type="spellEnd"/>
      <w:r w:rsidRPr="002D22C4">
        <w:rPr>
          <w:sz w:val="14"/>
          <w:szCs w:val="14"/>
        </w:rPr>
        <w:t xml:space="preserve"> al </w:t>
      </w:r>
      <w:proofErr w:type="spellStart"/>
      <w:r w:rsidRPr="002D22C4">
        <w:rPr>
          <w:sz w:val="14"/>
          <w:szCs w:val="14"/>
        </w:rPr>
        <w:t>presente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provvedimento</w:t>
      </w:r>
      <w:proofErr w:type="spellEnd"/>
      <w:r w:rsidRPr="002D22C4">
        <w:rPr>
          <w:sz w:val="14"/>
          <w:szCs w:val="14"/>
        </w:rPr>
        <w:t>.</w:t>
      </w:r>
    </w:p>
    <w:p w14:paraId="2CE83E31" w14:textId="77777777" w:rsidR="00A20705" w:rsidRPr="002D22C4" w:rsidRDefault="00A20705" w:rsidP="00A20705">
      <w:pPr>
        <w:jc w:val="both"/>
        <w:rPr>
          <w:sz w:val="14"/>
          <w:szCs w:val="14"/>
        </w:rPr>
      </w:pPr>
      <w:r w:rsidRPr="002D22C4">
        <w:rPr>
          <w:sz w:val="14"/>
          <w:szCs w:val="14"/>
        </w:rPr>
        <w:t xml:space="preserve">g. I </w:t>
      </w:r>
      <w:proofErr w:type="spellStart"/>
      <w:r w:rsidRPr="002D22C4">
        <w:rPr>
          <w:sz w:val="14"/>
          <w:szCs w:val="14"/>
        </w:rPr>
        <w:t>dati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personali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sono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custoditi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all’interno</w:t>
      </w:r>
      <w:proofErr w:type="spellEnd"/>
      <w:r w:rsidRPr="002D22C4">
        <w:rPr>
          <w:sz w:val="14"/>
          <w:szCs w:val="14"/>
        </w:rPr>
        <w:t xml:space="preserve"> degli </w:t>
      </w:r>
      <w:proofErr w:type="spellStart"/>
      <w:r w:rsidRPr="002D22C4">
        <w:rPr>
          <w:sz w:val="14"/>
          <w:szCs w:val="14"/>
        </w:rPr>
        <w:t>applicativi</w:t>
      </w:r>
      <w:proofErr w:type="spellEnd"/>
      <w:r w:rsidRPr="002D22C4">
        <w:rPr>
          <w:sz w:val="14"/>
          <w:szCs w:val="14"/>
        </w:rPr>
        <w:t xml:space="preserve"> per la </w:t>
      </w:r>
      <w:proofErr w:type="spellStart"/>
      <w:r w:rsidRPr="002D22C4">
        <w:rPr>
          <w:sz w:val="14"/>
          <w:szCs w:val="14"/>
        </w:rPr>
        <w:t>gestione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dei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flussi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documentali</w:t>
      </w:r>
      <w:proofErr w:type="spellEnd"/>
      <w:r w:rsidRPr="002D22C4">
        <w:rPr>
          <w:sz w:val="14"/>
          <w:szCs w:val="14"/>
        </w:rPr>
        <w:t xml:space="preserve"> e della </w:t>
      </w:r>
      <w:proofErr w:type="spellStart"/>
      <w:r w:rsidRPr="002D22C4">
        <w:rPr>
          <w:sz w:val="14"/>
          <w:szCs w:val="14"/>
        </w:rPr>
        <w:t>contabilità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dell’Ente</w:t>
      </w:r>
      <w:proofErr w:type="spellEnd"/>
      <w:r w:rsidRPr="002D22C4">
        <w:rPr>
          <w:sz w:val="14"/>
          <w:szCs w:val="14"/>
        </w:rPr>
        <w:t xml:space="preserve"> e </w:t>
      </w:r>
      <w:proofErr w:type="spellStart"/>
      <w:r w:rsidRPr="002D22C4">
        <w:rPr>
          <w:sz w:val="14"/>
          <w:szCs w:val="14"/>
        </w:rPr>
        <w:t>sono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conservati</w:t>
      </w:r>
      <w:proofErr w:type="spellEnd"/>
      <w:r w:rsidRPr="002D22C4">
        <w:rPr>
          <w:sz w:val="14"/>
          <w:szCs w:val="14"/>
        </w:rPr>
        <w:t xml:space="preserve">, a norma di </w:t>
      </w:r>
      <w:proofErr w:type="spellStart"/>
      <w:r w:rsidRPr="002D22C4">
        <w:rPr>
          <w:sz w:val="14"/>
          <w:szCs w:val="14"/>
        </w:rPr>
        <w:t>legge</w:t>
      </w:r>
      <w:proofErr w:type="spellEnd"/>
      <w:r w:rsidRPr="002D22C4">
        <w:rPr>
          <w:sz w:val="14"/>
          <w:szCs w:val="14"/>
        </w:rPr>
        <w:t xml:space="preserve">, </w:t>
      </w:r>
      <w:proofErr w:type="spellStart"/>
      <w:r w:rsidRPr="002D22C4">
        <w:rPr>
          <w:sz w:val="14"/>
          <w:szCs w:val="14"/>
        </w:rPr>
        <w:t>negli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archivi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cartacei</w:t>
      </w:r>
      <w:proofErr w:type="spellEnd"/>
      <w:r w:rsidRPr="002D22C4">
        <w:rPr>
          <w:sz w:val="14"/>
          <w:szCs w:val="14"/>
        </w:rPr>
        <w:t xml:space="preserve"> e </w:t>
      </w:r>
      <w:proofErr w:type="spellStart"/>
      <w:r w:rsidRPr="002D22C4">
        <w:rPr>
          <w:sz w:val="14"/>
          <w:szCs w:val="14"/>
        </w:rPr>
        <w:t>digitali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che</w:t>
      </w:r>
      <w:proofErr w:type="spellEnd"/>
      <w:r w:rsidRPr="002D22C4">
        <w:rPr>
          <w:sz w:val="14"/>
          <w:szCs w:val="14"/>
        </w:rPr>
        <w:t xml:space="preserve"> li </w:t>
      </w:r>
      <w:proofErr w:type="spellStart"/>
      <w:r w:rsidRPr="002D22C4">
        <w:rPr>
          <w:sz w:val="14"/>
          <w:szCs w:val="14"/>
        </w:rPr>
        <w:t>contengono</w:t>
      </w:r>
      <w:proofErr w:type="spellEnd"/>
      <w:r w:rsidRPr="002D22C4">
        <w:rPr>
          <w:sz w:val="14"/>
          <w:szCs w:val="14"/>
        </w:rPr>
        <w:t>.</w:t>
      </w:r>
    </w:p>
    <w:p w14:paraId="64A6A162" w14:textId="77777777" w:rsidR="00A20705" w:rsidRPr="002D22C4" w:rsidRDefault="00A20705" w:rsidP="00A20705">
      <w:pPr>
        <w:jc w:val="both"/>
        <w:rPr>
          <w:sz w:val="14"/>
          <w:szCs w:val="14"/>
        </w:rPr>
      </w:pPr>
      <w:r w:rsidRPr="002D22C4">
        <w:rPr>
          <w:sz w:val="14"/>
          <w:szCs w:val="14"/>
        </w:rPr>
        <w:t xml:space="preserve">h. In </w:t>
      </w:r>
      <w:proofErr w:type="spellStart"/>
      <w:r w:rsidRPr="002D22C4">
        <w:rPr>
          <w:sz w:val="14"/>
          <w:szCs w:val="14"/>
        </w:rPr>
        <w:t>qualità</w:t>
      </w:r>
      <w:proofErr w:type="spellEnd"/>
      <w:r w:rsidRPr="002D22C4">
        <w:rPr>
          <w:sz w:val="14"/>
          <w:szCs w:val="14"/>
        </w:rPr>
        <w:t xml:space="preserve"> di </w:t>
      </w:r>
      <w:proofErr w:type="spellStart"/>
      <w:r w:rsidRPr="002D22C4">
        <w:rPr>
          <w:sz w:val="14"/>
          <w:szCs w:val="14"/>
        </w:rPr>
        <w:t>interessato</w:t>
      </w:r>
      <w:proofErr w:type="spellEnd"/>
      <w:r w:rsidRPr="002D22C4">
        <w:rPr>
          <w:sz w:val="14"/>
          <w:szCs w:val="14"/>
        </w:rPr>
        <w:t xml:space="preserve">, Lei ha </w:t>
      </w:r>
      <w:proofErr w:type="spellStart"/>
      <w:r w:rsidRPr="002D22C4">
        <w:rPr>
          <w:sz w:val="14"/>
          <w:szCs w:val="14"/>
        </w:rPr>
        <w:t>diritto</w:t>
      </w:r>
      <w:proofErr w:type="spellEnd"/>
      <w:r w:rsidRPr="002D22C4">
        <w:rPr>
          <w:sz w:val="14"/>
          <w:szCs w:val="14"/>
        </w:rPr>
        <w:t xml:space="preserve"> di accesso ai </w:t>
      </w:r>
      <w:proofErr w:type="spellStart"/>
      <w:r w:rsidRPr="002D22C4">
        <w:rPr>
          <w:sz w:val="14"/>
          <w:szCs w:val="14"/>
        </w:rPr>
        <w:t>propri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dati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personali</w:t>
      </w:r>
      <w:proofErr w:type="spellEnd"/>
      <w:r w:rsidRPr="002D22C4">
        <w:rPr>
          <w:sz w:val="14"/>
          <w:szCs w:val="14"/>
        </w:rPr>
        <w:t xml:space="preserve">, di </w:t>
      </w:r>
      <w:proofErr w:type="spellStart"/>
      <w:r w:rsidRPr="002D22C4">
        <w:rPr>
          <w:sz w:val="14"/>
          <w:szCs w:val="14"/>
        </w:rPr>
        <w:t>ottenere</w:t>
      </w:r>
      <w:proofErr w:type="spellEnd"/>
      <w:r w:rsidRPr="002D22C4">
        <w:rPr>
          <w:sz w:val="14"/>
          <w:szCs w:val="14"/>
        </w:rPr>
        <w:t xml:space="preserve"> la </w:t>
      </w:r>
      <w:proofErr w:type="spellStart"/>
      <w:r w:rsidRPr="002D22C4">
        <w:rPr>
          <w:sz w:val="14"/>
          <w:szCs w:val="14"/>
        </w:rPr>
        <w:t>rettifica</w:t>
      </w:r>
      <w:proofErr w:type="spellEnd"/>
      <w:r w:rsidRPr="002D22C4">
        <w:rPr>
          <w:sz w:val="14"/>
          <w:szCs w:val="14"/>
        </w:rPr>
        <w:t xml:space="preserve"> o la </w:t>
      </w:r>
      <w:proofErr w:type="spellStart"/>
      <w:r w:rsidRPr="002D22C4">
        <w:rPr>
          <w:sz w:val="14"/>
          <w:szCs w:val="14"/>
        </w:rPr>
        <w:t>cancellazione</w:t>
      </w:r>
      <w:proofErr w:type="spellEnd"/>
      <w:r w:rsidRPr="002D22C4">
        <w:rPr>
          <w:sz w:val="14"/>
          <w:szCs w:val="14"/>
        </w:rPr>
        <w:t xml:space="preserve"> degli </w:t>
      </w:r>
      <w:proofErr w:type="spellStart"/>
      <w:r w:rsidRPr="002D22C4">
        <w:rPr>
          <w:sz w:val="14"/>
          <w:szCs w:val="14"/>
        </w:rPr>
        <w:t>stessi</w:t>
      </w:r>
      <w:proofErr w:type="spellEnd"/>
      <w:r w:rsidRPr="002D22C4">
        <w:rPr>
          <w:sz w:val="14"/>
          <w:szCs w:val="14"/>
        </w:rPr>
        <w:t xml:space="preserve">, la </w:t>
      </w:r>
      <w:proofErr w:type="spellStart"/>
      <w:r w:rsidRPr="002D22C4">
        <w:rPr>
          <w:sz w:val="14"/>
          <w:szCs w:val="14"/>
        </w:rPr>
        <w:t>limitazione</w:t>
      </w:r>
      <w:proofErr w:type="spellEnd"/>
      <w:r w:rsidRPr="002D22C4">
        <w:rPr>
          <w:sz w:val="14"/>
          <w:szCs w:val="14"/>
        </w:rPr>
        <w:t xml:space="preserve"> del </w:t>
      </w:r>
      <w:proofErr w:type="spellStart"/>
      <w:r w:rsidRPr="002D22C4">
        <w:rPr>
          <w:sz w:val="14"/>
          <w:szCs w:val="14"/>
        </w:rPr>
        <w:t>trattamento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che</w:t>
      </w:r>
      <w:proofErr w:type="spellEnd"/>
      <w:r w:rsidRPr="002D22C4">
        <w:rPr>
          <w:sz w:val="14"/>
          <w:szCs w:val="14"/>
        </w:rPr>
        <w:t xml:space="preserve"> La </w:t>
      </w:r>
      <w:proofErr w:type="spellStart"/>
      <w:r w:rsidRPr="002D22C4">
        <w:rPr>
          <w:sz w:val="14"/>
          <w:szCs w:val="14"/>
        </w:rPr>
        <w:t>riguarda</w:t>
      </w:r>
      <w:proofErr w:type="spellEnd"/>
      <w:r w:rsidRPr="002D22C4">
        <w:rPr>
          <w:sz w:val="14"/>
          <w:szCs w:val="14"/>
        </w:rPr>
        <w:t xml:space="preserve">, di </w:t>
      </w:r>
      <w:proofErr w:type="spellStart"/>
      <w:r w:rsidRPr="002D22C4">
        <w:rPr>
          <w:sz w:val="14"/>
          <w:szCs w:val="14"/>
        </w:rPr>
        <w:t>opporsi</w:t>
      </w:r>
      <w:proofErr w:type="spellEnd"/>
      <w:r w:rsidRPr="002D22C4">
        <w:rPr>
          <w:sz w:val="14"/>
          <w:szCs w:val="14"/>
        </w:rPr>
        <w:t xml:space="preserve"> al </w:t>
      </w:r>
      <w:proofErr w:type="spellStart"/>
      <w:r w:rsidRPr="002D22C4">
        <w:rPr>
          <w:sz w:val="14"/>
          <w:szCs w:val="14"/>
        </w:rPr>
        <w:t>trattamento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nei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casi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previsti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dalla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legge</w:t>
      </w:r>
      <w:proofErr w:type="spellEnd"/>
      <w:r w:rsidRPr="002D22C4">
        <w:rPr>
          <w:sz w:val="14"/>
          <w:szCs w:val="14"/>
        </w:rPr>
        <w:t xml:space="preserve"> e di </w:t>
      </w:r>
      <w:proofErr w:type="spellStart"/>
      <w:r w:rsidRPr="002D22C4">
        <w:rPr>
          <w:sz w:val="14"/>
          <w:szCs w:val="14"/>
        </w:rPr>
        <w:t>proporre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reclamo</w:t>
      </w:r>
      <w:proofErr w:type="spellEnd"/>
      <w:r w:rsidRPr="002D22C4">
        <w:rPr>
          <w:sz w:val="14"/>
          <w:szCs w:val="14"/>
        </w:rPr>
        <w:t xml:space="preserve"> al </w:t>
      </w:r>
      <w:proofErr w:type="spellStart"/>
      <w:r w:rsidRPr="002D22C4">
        <w:rPr>
          <w:sz w:val="14"/>
          <w:szCs w:val="14"/>
        </w:rPr>
        <w:t>Garante</w:t>
      </w:r>
      <w:proofErr w:type="spellEnd"/>
      <w:r w:rsidRPr="002D22C4">
        <w:rPr>
          <w:sz w:val="14"/>
          <w:szCs w:val="14"/>
        </w:rPr>
        <w:t xml:space="preserve"> per la </w:t>
      </w:r>
      <w:proofErr w:type="spellStart"/>
      <w:r w:rsidRPr="002D22C4">
        <w:rPr>
          <w:sz w:val="14"/>
          <w:szCs w:val="14"/>
        </w:rPr>
        <w:t>protezione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dei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dati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personali</w:t>
      </w:r>
      <w:proofErr w:type="spellEnd"/>
      <w:r w:rsidRPr="002D22C4">
        <w:rPr>
          <w:sz w:val="14"/>
          <w:szCs w:val="14"/>
        </w:rPr>
        <w:t xml:space="preserve"> ai sensi </w:t>
      </w:r>
      <w:proofErr w:type="spellStart"/>
      <w:r w:rsidRPr="002D22C4">
        <w:rPr>
          <w:sz w:val="14"/>
          <w:szCs w:val="14"/>
        </w:rPr>
        <w:t>dell’art</w:t>
      </w:r>
      <w:proofErr w:type="spellEnd"/>
      <w:r w:rsidRPr="002D22C4">
        <w:rPr>
          <w:sz w:val="14"/>
          <w:szCs w:val="14"/>
        </w:rPr>
        <w:t xml:space="preserve">. 77 del </w:t>
      </w:r>
      <w:proofErr w:type="spellStart"/>
      <w:r w:rsidRPr="002D22C4">
        <w:rPr>
          <w:sz w:val="14"/>
          <w:szCs w:val="14"/>
        </w:rPr>
        <w:t>Regolamento</w:t>
      </w:r>
      <w:proofErr w:type="spellEnd"/>
      <w:r w:rsidRPr="002D22C4">
        <w:rPr>
          <w:sz w:val="14"/>
          <w:szCs w:val="14"/>
        </w:rPr>
        <w:t xml:space="preserve"> (UE) 2016/679.</w:t>
      </w:r>
    </w:p>
    <w:p w14:paraId="678A26A8" w14:textId="77777777" w:rsidR="00A20705" w:rsidRPr="002D22C4" w:rsidRDefault="00A20705" w:rsidP="00A20705">
      <w:pPr>
        <w:jc w:val="both"/>
        <w:rPr>
          <w:sz w:val="14"/>
          <w:szCs w:val="14"/>
        </w:rPr>
      </w:pPr>
      <w:r w:rsidRPr="002D22C4">
        <w:rPr>
          <w:sz w:val="14"/>
          <w:szCs w:val="14"/>
        </w:rPr>
        <w:t xml:space="preserve">Per </w:t>
      </w:r>
      <w:proofErr w:type="spellStart"/>
      <w:r w:rsidRPr="002D22C4">
        <w:rPr>
          <w:sz w:val="14"/>
          <w:szCs w:val="14"/>
        </w:rPr>
        <w:t>prendere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visione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dell’informativa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sul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trattamento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dei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dati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personali</w:t>
      </w:r>
      <w:proofErr w:type="spellEnd"/>
      <w:r w:rsidRPr="002D22C4">
        <w:rPr>
          <w:sz w:val="14"/>
          <w:szCs w:val="14"/>
        </w:rPr>
        <w:t xml:space="preserve"> in </w:t>
      </w:r>
      <w:proofErr w:type="spellStart"/>
      <w:r w:rsidRPr="002D22C4">
        <w:rPr>
          <w:sz w:val="14"/>
          <w:szCs w:val="14"/>
        </w:rPr>
        <w:t>formato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esteso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si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rimanda</w:t>
      </w:r>
      <w:proofErr w:type="spellEnd"/>
      <w:r w:rsidRPr="002D22C4">
        <w:rPr>
          <w:sz w:val="14"/>
          <w:szCs w:val="14"/>
        </w:rPr>
        <w:t xml:space="preserve"> al </w:t>
      </w:r>
      <w:proofErr w:type="spellStart"/>
      <w:r w:rsidRPr="002D22C4">
        <w:rPr>
          <w:sz w:val="14"/>
          <w:szCs w:val="14"/>
        </w:rPr>
        <w:t>sito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istituzionale</w:t>
      </w:r>
      <w:proofErr w:type="spellEnd"/>
      <w:r w:rsidRPr="002D22C4">
        <w:rPr>
          <w:sz w:val="14"/>
          <w:szCs w:val="14"/>
        </w:rPr>
        <w:t xml:space="preserve"> del </w:t>
      </w:r>
      <w:proofErr w:type="spellStart"/>
      <w:r w:rsidRPr="002D22C4">
        <w:rPr>
          <w:sz w:val="14"/>
          <w:szCs w:val="14"/>
        </w:rPr>
        <w:t>Comune</w:t>
      </w:r>
      <w:proofErr w:type="spellEnd"/>
      <w:r w:rsidRPr="002D22C4">
        <w:rPr>
          <w:sz w:val="14"/>
          <w:szCs w:val="14"/>
        </w:rPr>
        <w:t xml:space="preserve"> di </w:t>
      </w:r>
      <w:proofErr w:type="spellStart"/>
      <w:r w:rsidRPr="002D22C4">
        <w:rPr>
          <w:sz w:val="14"/>
          <w:szCs w:val="14"/>
        </w:rPr>
        <w:t>Carbonia</w:t>
      </w:r>
      <w:proofErr w:type="spellEnd"/>
      <w:r w:rsidRPr="002D22C4">
        <w:rPr>
          <w:sz w:val="14"/>
          <w:szCs w:val="14"/>
        </w:rPr>
        <w:t xml:space="preserve">, </w:t>
      </w:r>
      <w:proofErr w:type="spellStart"/>
      <w:r w:rsidRPr="002D22C4">
        <w:rPr>
          <w:sz w:val="14"/>
          <w:szCs w:val="14"/>
        </w:rPr>
        <w:t>nella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sezione</w:t>
      </w:r>
      <w:proofErr w:type="spellEnd"/>
      <w:r w:rsidRPr="002D22C4">
        <w:rPr>
          <w:sz w:val="14"/>
          <w:szCs w:val="14"/>
        </w:rPr>
        <w:t xml:space="preserve"> </w:t>
      </w:r>
      <w:proofErr w:type="spellStart"/>
      <w:r w:rsidRPr="002D22C4">
        <w:rPr>
          <w:sz w:val="14"/>
          <w:szCs w:val="14"/>
        </w:rPr>
        <w:t>dedicata</w:t>
      </w:r>
      <w:proofErr w:type="spellEnd"/>
      <w:r w:rsidRPr="002D22C4">
        <w:rPr>
          <w:sz w:val="14"/>
          <w:szCs w:val="14"/>
        </w:rPr>
        <w:t xml:space="preserve"> alla privacy.</w:t>
      </w:r>
    </w:p>
    <w:sectPr w:rsidR="00A20705" w:rsidRPr="002D22C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B52113E"/>
    <w:multiLevelType w:val="hybridMultilevel"/>
    <w:tmpl w:val="3A2AE43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867174">
    <w:abstractNumId w:val="8"/>
  </w:num>
  <w:num w:numId="2" w16cid:durableId="263922811">
    <w:abstractNumId w:val="6"/>
  </w:num>
  <w:num w:numId="3" w16cid:durableId="484980390">
    <w:abstractNumId w:val="5"/>
  </w:num>
  <w:num w:numId="4" w16cid:durableId="1821656640">
    <w:abstractNumId w:val="4"/>
  </w:num>
  <w:num w:numId="5" w16cid:durableId="670642662">
    <w:abstractNumId w:val="7"/>
  </w:num>
  <w:num w:numId="6" w16cid:durableId="938873186">
    <w:abstractNumId w:val="3"/>
  </w:num>
  <w:num w:numId="7" w16cid:durableId="174881294">
    <w:abstractNumId w:val="2"/>
  </w:num>
  <w:num w:numId="8" w16cid:durableId="715081927">
    <w:abstractNumId w:val="1"/>
  </w:num>
  <w:num w:numId="9" w16cid:durableId="1009678177">
    <w:abstractNumId w:val="0"/>
  </w:num>
  <w:num w:numId="10" w16cid:durableId="18588871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22C4"/>
    <w:rsid w:val="00326F90"/>
    <w:rsid w:val="004B6603"/>
    <w:rsid w:val="005E177A"/>
    <w:rsid w:val="00676DAB"/>
    <w:rsid w:val="009E62C6"/>
    <w:rsid w:val="00A2070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4C89E"/>
  <w14:defaultImageDpi w14:val="300"/>
  <w15:docId w15:val="{C088E0D9-6743-4702-AFE8-27FE88A5D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Domenico Sorvillo</cp:lastModifiedBy>
  <cp:revision>2</cp:revision>
  <dcterms:created xsi:type="dcterms:W3CDTF">2026-03-19T10:37:00Z</dcterms:created>
  <dcterms:modified xsi:type="dcterms:W3CDTF">2026-03-19T10:37:00Z</dcterms:modified>
  <cp:category/>
</cp:coreProperties>
</file>